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4F3D8" w14:textId="77777777" w:rsidR="00A308E1" w:rsidRPr="009E00A1" w:rsidRDefault="00000000" w:rsidP="00D41C0F">
      <w:pPr>
        <w:rPr>
          <w:sz w:val="44"/>
          <w:szCs w:val="44"/>
        </w:rPr>
      </w:pPr>
      <w:r w:rsidRPr="009E00A1">
        <w:rPr>
          <w:rFonts w:ascii="Montserrat" w:hAnsi="Montserrat"/>
          <w:b/>
          <w:sz w:val="44"/>
          <w:szCs w:val="44"/>
        </w:rPr>
        <w:t>HELMUT LUNCH</w:t>
      </w:r>
    </w:p>
    <w:p w14:paraId="038AB756" w14:textId="4B97146F" w:rsidR="00B57BC7" w:rsidRDefault="00B57BC7" w:rsidP="007E4C4C">
      <w:pPr>
        <w:spacing w:after="0"/>
      </w:pPr>
      <w:r>
        <w:rPr>
          <w:rFonts w:ascii="Montserrat" w:hAnsi="Montserrat"/>
          <w:b/>
          <w:sz w:val="24"/>
        </w:rPr>
        <w:t>FRITTI</w:t>
      </w:r>
    </w:p>
    <w:p w14:paraId="7BA80773" w14:textId="77777777" w:rsidR="00B57BC7" w:rsidRDefault="00B57BC7" w:rsidP="003F5448">
      <w:pPr>
        <w:spacing w:after="0"/>
      </w:pPr>
      <w:r>
        <w:t>────────────────────────────</w:t>
      </w:r>
    </w:p>
    <w:p w14:paraId="625DC89E" w14:textId="4694DCF1" w:rsidR="00A308E1" w:rsidRPr="008014A9" w:rsidRDefault="00000000" w:rsidP="0053426D">
      <w:pPr>
        <w:spacing w:after="0"/>
      </w:pPr>
      <w:r w:rsidRPr="008014A9">
        <w:rPr>
          <w:b/>
        </w:rPr>
        <w:t>PATATE STICK RUSTICHE ........ 5.00</w:t>
      </w:r>
    </w:p>
    <w:p w14:paraId="426FD899" w14:textId="77777777" w:rsidR="00D41C0F" w:rsidRDefault="00000000" w:rsidP="007007D1">
      <w:pPr>
        <w:spacing w:after="120"/>
        <w:rPr>
          <w:sz w:val="18"/>
        </w:rPr>
      </w:pPr>
      <w:r>
        <w:rPr>
          <w:sz w:val="18"/>
        </w:rPr>
        <w:t xml:space="preserve">Con la </w:t>
      </w:r>
      <w:proofErr w:type="spellStart"/>
      <w:r>
        <w:rPr>
          <w:sz w:val="18"/>
        </w:rPr>
        <w:t>buccia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servite</w:t>
      </w:r>
      <w:proofErr w:type="spellEnd"/>
      <w:r>
        <w:rPr>
          <w:sz w:val="18"/>
        </w:rPr>
        <w:t xml:space="preserve"> con ketchup</w:t>
      </w:r>
    </w:p>
    <w:p w14:paraId="7E88D755" w14:textId="7F3EB547" w:rsidR="00C33054" w:rsidRPr="008014A9" w:rsidRDefault="007C410D" w:rsidP="00C33054">
      <w:pPr>
        <w:spacing w:after="0"/>
        <w:rPr>
          <w:bCs/>
          <w:lang w:val="it-IT"/>
        </w:rPr>
      </w:pPr>
      <w:r>
        <w:rPr>
          <w:b/>
        </w:rPr>
        <w:t>GNOCCHI FRITTI</w:t>
      </w:r>
      <w:r w:rsidR="00C33054" w:rsidRPr="008014A9">
        <w:rPr>
          <w:b/>
        </w:rPr>
        <w:t>........ 6.</w:t>
      </w:r>
      <w:r>
        <w:rPr>
          <w:b/>
        </w:rPr>
        <w:t>50</w:t>
      </w:r>
    </w:p>
    <w:p w14:paraId="678FAA42" w14:textId="2936C600" w:rsidR="007007D1" w:rsidRDefault="007007D1" w:rsidP="007007D1">
      <w:pPr>
        <w:spacing w:after="120"/>
        <w:rPr>
          <w:b/>
          <w:sz w:val="20"/>
        </w:rPr>
      </w:pPr>
      <w:proofErr w:type="spellStart"/>
      <w:r>
        <w:rPr>
          <w:sz w:val="18"/>
        </w:rPr>
        <w:t>Servit</w:t>
      </w:r>
      <w:r w:rsidR="007C410D">
        <w:rPr>
          <w:sz w:val="18"/>
        </w:rPr>
        <w:t>i</w:t>
      </w:r>
      <w:proofErr w:type="spellEnd"/>
      <w:r w:rsidR="007C410D">
        <w:rPr>
          <w:sz w:val="18"/>
        </w:rPr>
        <w:t xml:space="preserve"> con </w:t>
      </w:r>
      <w:r w:rsidR="002A62A4">
        <w:rPr>
          <w:sz w:val="18"/>
        </w:rPr>
        <w:t>fonduta di cheddar</w:t>
      </w:r>
    </w:p>
    <w:p w14:paraId="10BCBCAA" w14:textId="7AC4B639" w:rsidR="00D41C0F" w:rsidRPr="008014A9" w:rsidRDefault="00AE4179" w:rsidP="00C33054">
      <w:pPr>
        <w:spacing w:after="0"/>
      </w:pPr>
      <w:r w:rsidRPr="008014A9">
        <w:rPr>
          <w:b/>
        </w:rPr>
        <w:t>PEPITE DI POLLO</w:t>
      </w:r>
      <w:r w:rsidR="00D41C0F" w:rsidRPr="008014A9">
        <w:rPr>
          <w:b/>
        </w:rPr>
        <w:t xml:space="preserve"> ........ </w:t>
      </w:r>
      <w:r w:rsidRPr="008014A9">
        <w:rPr>
          <w:b/>
        </w:rPr>
        <w:t>7.00</w:t>
      </w:r>
    </w:p>
    <w:p w14:paraId="4392D0D7" w14:textId="77777777" w:rsidR="00AE4179" w:rsidRPr="00AE4179" w:rsidRDefault="00AE4179" w:rsidP="00AE4179">
      <w:pPr>
        <w:spacing w:after="0"/>
        <w:rPr>
          <w:bCs/>
          <w:sz w:val="20"/>
          <w:lang w:val="it-IT"/>
        </w:rPr>
      </w:pPr>
      <w:r w:rsidRPr="00AE4179">
        <w:rPr>
          <w:bCs/>
          <w:sz w:val="20"/>
          <w:lang w:val="it-IT"/>
        </w:rPr>
        <w:t xml:space="preserve">Croccanti pepite di pollo panate nel </w:t>
      </w:r>
      <w:proofErr w:type="spellStart"/>
      <w:r w:rsidRPr="00AE4179">
        <w:rPr>
          <w:bCs/>
          <w:sz w:val="20"/>
          <w:lang w:val="it-IT"/>
        </w:rPr>
        <w:t>panko</w:t>
      </w:r>
      <w:proofErr w:type="spellEnd"/>
      <w:r w:rsidRPr="00AE4179">
        <w:rPr>
          <w:bCs/>
          <w:sz w:val="20"/>
          <w:lang w:val="it-IT"/>
        </w:rPr>
        <w:t xml:space="preserve"> servite</w:t>
      </w:r>
    </w:p>
    <w:p w14:paraId="775C2840" w14:textId="25DF2054" w:rsidR="007E4C4C" w:rsidRDefault="00AE4179" w:rsidP="00DF120D">
      <w:pPr>
        <w:spacing w:after="360"/>
        <w:rPr>
          <w:bCs/>
          <w:sz w:val="20"/>
          <w:lang w:val="it-IT"/>
        </w:rPr>
      </w:pPr>
      <w:r w:rsidRPr="00AE4179">
        <w:rPr>
          <w:bCs/>
          <w:sz w:val="20"/>
          <w:lang w:val="it-IT"/>
        </w:rPr>
        <w:t xml:space="preserve">con </w:t>
      </w:r>
      <w:r w:rsidR="00532C04">
        <w:rPr>
          <w:bCs/>
          <w:sz w:val="20"/>
          <w:lang w:val="it-IT"/>
        </w:rPr>
        <w:t>salsa Helmut</w:t>
      </w:r>
    </w:p>
    <w:p w14:paraId="16698969" w14:textId="41C9D77A" w:rsidR="00A308E1" w:rsidRPr="007E4C4C" w:rsidRDefault="00000000" w:rsidP="007E4C4C">
      <w:pPr>
        <w:spacing w:after="0"/>
        <w:rPr>
          <w:bCs/>
          <w:sz w:val="20"/>
          <w:lang w:val="it-IT"/>
        </w:rPr>
      </w:pPr>
      <w:r>
        <w:rPr>
          <w:rFonts w:ascii="Montserrat" w:hAnsi="Montserrat"/>
          <w:b/>
          <w:sz w:val="24"/>
        </w:rPr>
        <w:t>PRIMI PIATTI</w:t>
      </w:r>
    </w:p>
    <w:p w14:paraId="69C93033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664AF110" w14:textId="3A44DC85" w:rsidR="00A308E1" w:rsidRDefault="00000000">
      <w:proofErr w:type="gramStart"/>
      <w:r w:rsidRPr="008014A9">
        <w:rPr>
          <w:b/>
          <w:bCs/>
        </w:rPr>
        <w:t>1</w:t>
      </w:r>
      <w:r w:rsidR="00061677">
        <w:rPr>
          <w:b/>
          <w:bCs/>
        </w:rPr>
        <w:t>1</w:t>
      </w:r>
      <w:r w:rsidRPr="008014A9">
        <w:rPr>
          <w:b/>
          <w:bCs/>
        </w:rPr>
        <w:t xml:space="preserve"> euro</w:t>
      </w:r>
      <w:proofErr w:type="gramEnd"/>
      <w:r>
        <w:t xml:space="preserve"> con </w:t>
      </w:r>
      <w:proofErr w:type="spellStart"/>
      <w:r>
        <w:t>acqua</w:t>
      </w:r>
      <w:proofErr w:type="spellEnd"/>
      <w:r>
        <w:t xml:space="preserve">, caffè e </w:t>
      </w:r>
      <w:proofErr w:type="spellStart"/>
      <w:r>
        <w:t>coperto</w:t>
      </w:r>
      <w:proofErr w:type="spellEnd"/>
      <w:r>
        <w:t xml:space="preserve"> </w:t>
      </w:r>
      <w:proofErr w:type="spellStart"/>
      <w:r>
        <w:t>inclusi</w:t>
      </w:r>
      <w:proofErr w:type="spellEnd"/>
    </w:p>
    <w:p w14:paraId="290E2F57" w14:textId="789CF59E" w:rsidR="006D6C54" w:rsidRDefault="002A62A4" w:rsidP="002A62A4">
      <w:pPr>
        <w:spacing w:after="0"/>
        <w:rPr>
          <w:b/>
        </w:rPr>
      </w:pPr>
      <w:r>
        <w:rPr>
          <w:b/>
        </w:rPr>
        <w:t xml:space="preserve">ZUPPA DI </w:t>
      </w:r>
      <w:r w:rsidR="00A932AE">
        <w:rPr>
          <w:b/>
        </w:rPr>
        <w:t>FAGIOLI</w:t>
      </w:r>
    </w:p>
    <w:p w14:paraId="3B1AB115" w14:textId="7315651A" w:rsidR="002A62A4" w:rsidRPr="002A62A4" w:rsidRDefault="002A62A4" w:rsidP="00A56012">
      <w:pPr>
        <w:spacing w:after="120"/>
        <w:rPr>
          <w:bCs/>
          <w:sz w:val="18"/>
          <w:szCs w:val="18"/>
        </w:rPr>
      </w:pPr>
      <w:proofErr w:type="spellStart"/>
      <w:r w:rsidRPr="002A62A4">
        <w:rPr>
          <w:bCs/>
          <w:sz w:val="18"/>
          <w:szCs w:val="18"/>
        </w:rPr>
        <w:t>Servita</w:t>
      </w:r>
      <w:proofErr w:type="spellEnd"/>
      <w:r w:rsidRPr="002A62A4">
        <w:rPr>
          <w:bCs/>
          <w:sz w:val="18"/>
          <w:szCs w:val="18"/>
        </w:rPr>
        <w:t xml:space="preserve"> con crostini</w:t>
      </w:r>
    </w:p>
    <w:p w14:paraId="7085AE95" w14:textId="7170971E" w:rsidR="006E6031" w:rsidRDefault="007028C7" w:rsidP="00DA3ECC">
      <w:pPr>
        <w:spacing w:after="120"/>
        <w:rPr>
          <w:b/>
        </w:rPr>
      </w:pPr>
      <w:r>
        <w:rPr>
          <w:b/>
        </w:rPr>
        <w:t xml:space="preserve">MEZZE </w:t>
      </w:r>
      <w:r w:rsidR="00A932AE">
        <w:rPr>
          <w:b/>
        </w:rPr>
        <w:t>PENNE</w:t>
      </w:r>
      <w:r>
        <w:rPr>
          <w:b/>
        </w:rPr>
        <w:t xml:space="preserve"> CON </w:t>
      </w:r>
      <w:r w:rsidR="00485CB7">
        <w:rPr>
          <w:b/>
        </w:rPr>
        <w:t>RAGU D’ANATRA</w:t>
      </w:r>
    </w:p>
    <w:p w14:paraId="52A36724" w14:textId="3D6572EF" w:rsidR="009E2DD4" w:rsidRDefault="009E2DD4" w:rsidP="009E2DD4">
      <w:pPr>
        <w:spacing w:after="120"/>
        <w:rPr>
          <w:b/>
        </w:rPr>
      </w:pPr>
      <w:r>
        <w:rPr>
          <w:b/>
        </w:rPr>
        <w:t xml:space="preserve">SPAGHETTI </w:t>
      </w:r>
      <w:r w:rsidR="00061677">
        <w:rPr>
          <w:b/>
        </w:rPr>
        <w:t>CON RAGU DI PESCE</w:t>
      </w:r>
    </w:p>
    <w:p w14:paraId="6C18580A" w14:textId="1D694B0B" w:rsidR="006D6C54" w:rsidRPr="008014A9" w:rsidRDefault="006D6C54" w:rsidP="006D6C54">
      <w:pPr>
        <w:spacing w:after="0"/>
        <w:rPr>
          <w:b/>
        </w:rPr>
      </w:pPr>
      <w:r w:rsidRPr="008014A9">
        <w:rPr>
          <w:b/>
        </w:rPr>
        <w:t xml:space="preserve">WOK DI </w:t>
      </w:r>
      <w:r w:rsidR="00514D25" w:rsidRPr="008014A9">
        <w:rPr>
          <w:b/>
        </w:rPr>
        <w:t>VERDURE E</w:t>
      </w:r>
      <w:r w:rsidR="006E6031">
        <w:rPr>
          <w:b/>
        </w:rPr>
        <w:t xml:space="preserve"> RISO</w:t>
      </w:r>
    </w:p>
    <w:p w14:paraId="2D29F97F" w14:textId="70D1FBCC" w:rsidR="00E100F4" w:rsidRPr="006D6C54" w:rsidRDefault="00514D25" w:rsidP="007028C7">
      <w:pPr>
        <w:spacing w:after="240"/>
        <w:rPr>
          <w:b/>
          <w:sz w:val="20"/>
        </w:rPr>
      </w:pPr>
      <w:proofErr w:type="spellStart"/>
      <w:r>
        <w:rPr>
          <w:bCs/>
          <w:sz w:val="20"/>
        </w:rPr>
        <w:t>Servito</w:t>
      </w:r>
      <w:proofErr w:type="spellEnd"/>
      <w:r>
        <w:rPr>
          <w:bCs/>
          <w:sz w:val="20"/>
        </w:rPr>
        <w:t xml:space="preserve"> con </w:t>
      </w:r>
      <w:r w:rsidR="006D6C54">
        <w:rPr>
          <w:bCs/>
          <w:sz w:val="20"/>
        </w:rPr>
        <w:t xml:space="preserve">salsa </w:t>
      </w:r>
      <w:r w:rsidR="00D25623">
        <w:rPr>
          <w:bCs/>
          <w:sz w:val="20"/>
        </w:rPr>
        <w:t>Satay</w:t>
      </w:r>
      <w:r w:rsidR="00A56012">
        <w:rPr>
          <w:bCs/>
          <w:sz w:val="20"/>
        </w:rPr>
        <w:t xml:space="preserve"> e </w:t>
      </w:r>
      <w:proofErr w:type="spellStart"/>
      <w:r w:rsidR="00A56012">
        <w:rPr>
          <w:bCs/>
          <w:sz w:val="20"/>
        </w:rPr>
        <w:t>mandorle</w:t>
      </w:r>
      <w:proofErr w:type="spellEnd"/>
    </w:p>
    <w:p w14:paraId="02C704BA" w14:textId="77777777" w:rsidR="00A308E1" w:rsidRDefault="00000000" w:rsidP="00690D8C">
      <w:pPr>
        <w:spacing w:after="0"/>
      </w:pPr>
      <w:r>
        <w:rPr>
          <w:rFonts w:ascii="Montserrat" w:hAnsi="Montserrat"/>
          <w:b/>
          <w:sz w:val="24"/>
        </w:rPr>
        <w:t>SECONDI PIATTI E INSALATONE</w:t>
      </w:r>
    </w:p>
    <w:p w14:paraId="3CD4AEE2" w14:textId="744513FB" w:rsidR="001C13F6" w:rsidRPr="001A7F7A" w:rsidRDefault="00000000" w:rsidP="003F5448">
      <w:pPr>
        <w:spacing w:after="0"/>
      </w:pPr>
      <w:r>
        <w:t>────────────────────────────</w:t>
      </w:r>
    </w:p>
    <w:p w14:paraId="5090845B" w14:textId="0D824FD5" w:rsidR="0044489B" w:rsidRDefault="00061677" w:rsidP="00F75846">
      <w:pPr>
        <w:spacing w:after="0"/>
        <w:rPr>
          <w:b/>
        </w:rPr>
      </w:pPr>
      <w:r>
        <w:rPr>
          <w:b/>
        </w:rPr>
        <w:t>FRITTURINA DI GAMBERI E SARDE</w:t>
      </w:r>
      <w:r w:rsidR="0044489B" w:rsidRPr="008014A9">
        <w:rPr>
          <w:b/>
        </w:rPr>
        <w:t>.......</w:t>
      </w:r>
      <w:r w:rsidR="0044489B">
        <w:rPr>
          <w:b/>
        </w:rPr>
        <w:t xml:space="preserve"> </w:t>
      </w:r>
      <w:r>
        <w:rPr>
          <w:b/>
        </w:rPr>
        <w:t>12</w:t>
      </w:r>
      <w:r w:rsidR="0044489B" w:rsidRPr="008014A9">
        <w:rPr>
          <w:b/>
        </w:rPr>
        <w:t xml:space="preserve">.50  </w:t>
      </w:r>
    </w:p>
    <w:p w14:paraId="6D315474" w14:textId="6B35C091" w:rsidR="0044489B" w:rsidRPr="00CB604D" w:rsidRDefault="00061677" w:rsidP="0044489B">
      <w:pPr>
        <w:spacing w:after="120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S</w:t>
      </w:r>
      <w:r w:rsidR="0044489B">
        <w:rPr>
          <w:sz w:val="18"/>
          <w:szCs w:val="18"/>
          <w:lang w:val="it-IT"/>
        </w:rPr>
        <w:t xml:space="preserve">ervite con </w:t>
      </w:r>
      <w:r>
        <w:rPr>
          <w:sz w:val="18"/>
          <w:szCs w:val="18"/>
          <w:lang w:val="it-IT"/>
        </w:rPr>
        <w:t>la nostra</w:t>
      </w:r>
      <w:r w:rsidR="0044489B">
        <w:rPr>
          <w:sz w:val="18"/>
          <w:szCs w:val="18"/>
          <w:lang w:val="it-IT"/>
        </w:rPr>
        <w:t xml:space="preserve"> maionese fatta in casa</w:t>
      </w:r>
    </w:p>
    <w:p w14:paraId="5AE1AB48" w14:textId="03E703FC" w:rsidR="00F75846" w:rsidRPr="008014A9" w:rsidRDefault="00CB604D" w:rsidP="00F75846">
      <w:pPr>
        <w:spacing w:after="0"/>
        <w:rPr>
          <w:b/>
        </w:rPr>
      </w:pPr>
      <w:r w:rsidRPr="008014A9">
        <w:rPr>
          <w:b/>
        </w:rPr>
        <w:t>HUMMUS DI CECI</w:t>
      </w:r>
      <w:r w:rsidR="00F75846" w:rsidRPr="008014A9">
        <w:rPr>
          <w:b/>
        </w:rPr>
        <w:t>....... 1</w:t>
      </w:r>
      <w:r w:rsidR="006D6C54" w:rsidRPr="008014A9">
        <w:rPr>
          <w:b/>
        </w:rPr>
        <w:t>0</w:t>
      </w:r>
      <w:r w:rsidR="00F75846" w:rsidRPr="008014A9">
        <w:rPr>
          <w:b/>
        </w:rPr>
        <w:t xml:space="preserve">.50  </w:t>
      </w:r>
    </w:p>
    <w:p w14:paraId="657E8131" w14:textId="7D81A2A8" w:rsidR="00CB604D" w:rsidRPr="00CB604D" w:rsidRDefault="00CB604D" w:rsidP="00857428">
      <w:pPr>
        <w:spacing w:after="120"/>
        <w:rPr>
          <w:sz w:val="18"/>
          <w:szCs w:val="18"/>
          <w:lang w:val="it-IT"/>
        </w:rPr>
      </w:pPr>
      <w:r w:rsidRPr="00CB604D">
        <w:rPr>
          <w:sz w:val="18"/>
          <w:szCs w:val="18"/>
          <w:lang w:val="it-IT"/>
        </w:rPr>
        <w:t>servito con wok di verdure di verdure</w:t>
      </w:r>
      <w:r>
        <w:rPr>
          <w:sz w:val="18"/>
          <w:szCs w:val="18"/>
          <w:lang w:val="it-IT"/>
        </w:rPr>
        <w:t>,</w:t>
      </w:r>
      <w:r w:rsidR="00F51A29">
        <w:rPr>
          <w:sz w:val="18"/>
          <w:szCs w:val="18"/>
          <w:lang w:val="it-IT"/>
        </w:rPr>
        <w:t xml:space="preserve"> nocciole,</w:t>
      </w:r>
      <w:r w:rsidRPr="00CB604D">
        <w:rPr>
          <w:sz w:val="18"/>
          <w:szCs w:val="18"/>
          <w:lang w:val="it-IT"/>
        </w:rPr>
        <w:t xml:space="preserve"> salsa </w:t>
      </w:r>
      <w:proofErr w:type="spellStart"/>
      <w:r w:rsidRPr="00CB604D">
        <w:rPr>
          <w:sz w:val="18"/>
          <w:szCs w:val="18"/>
          <w:lang w:val="it-IT"/>
        </w:rPr>
        <w:t>satay</w:t>
      </w:r>
      <w:proofErr w:type="spellEnd"/>
      <w:r w:rsidRPr="00CB604D">
        <w:rPr>
          <w:sz w:val="18"/>
          <w:szCs w:val="18"/>
          <w:lang w:val="it-IT"/>
        </w:rPr>
        <w:t>, sesamo tostato</w:t>
      </w:r>
      <w:r w:rsidR="006D6C54">
        <w:rPr>
          <w:sz w:val="18"/>
          <w:szCs w:val="18"/>
          <w:lang w:val="it-IT"/>
        </w:rPr>
        <w:t xml:space="preserve"> </w:t>
      </w:r>
      <w:r w:rsidRPr="00CB604D">
        <w:rPr>
          <w:sz w:val="18"/>
          <w:szCs w:val="18"/>
          <w:lang w:val="it-IT"/>
        </w:rPr>
        <w:t>e olio al prezzemolo. Accompagnato da pita vegana fatta in casa</w:t>
      </w:r>
    </w:p>
    <w:p w14:paraId="76408178" w14:textId="3F6B08BE" w:rsidR="00E07ACE" w:rsidRPr="008014A9" w:rsidRDefault="00514D25" w:rsidP="00E07ACE">
      <w:pPr>
        <w:spacing w:after="0"/>
      </w:pPr>
      <w:r w:rsidRPr="008014A9">
        <w:rPr>
          <w:b/>
        </w:rPr>
        <w:t xml:space="preserve">POLLO AL </w:t>
      </w:r>
      <w:r w:rsidR="00A56012">
        <w:rPr>
          <w:b/>
        </w:rPr>
        <w:t>FORNO</w:t>
      </w:r>
      <w:r w:rsidR="00E07ACE" w:rsidRPr="008014A9">
        <w:rPr>
          <w:b/>
        </w:rPr>
        <w:t>........ 1</w:t>
      </w:r>
      <w:r w:rsidRPr="008014A9">
        <w:rPr>
          <w:b/>
        </w:rPr>
        <w:t>2</w:t>
      </w:r>
      <w:r w:rsidR="00E07ACE" w:rsidRPr="008014A9">
        <w:rPr>
          <w:b/>
        </w:rPr>
        <w:t>.50</w:t>
      </w:r>
    </w:p>
    <w:p w14:paraId="143E9EF1" w14:textId="10151C20" w:rsidR="00A33D12" w:rsidRDefault="004F2695" w:rsidP="00140AA4">
      <w:pPr>
        <w:spacing w:after="120"/>
        <w:rPr>
          <w:sz w:val="18"/>
        </w:rPr>
      </w:pPr>
      <w:proofErr w:type="spellStart"/>
      <w:r>
        <w:rPr>
          <w:sz w:val="18"/>
        </w:rPr>
        <w:t>Servit</w:t>
      </w:r>
      <w:r w:rsidR="00514D25">
        <w:rPr>
          <w:sz w:val="18"/>
        </w:rPr>
        <w:t>o</w:t>
      </w:r>
      <w:proofErr w:type="spellEnd"/>
      <w:r w:rsidR="00514D25">
        <w:rPr>
          <w:sz w:val="18"/>
        </w:rPr>
        <w:t xml:space="preserve"> con </w:t>
      </w:r>
      <w:proofErr w:type="spellStart"/>
      <w:r w:rsidR="00485CB7">
        <w:rPr>
          <w:sz w:val="18"/>
        </w:rPr>
        <w:t>bieta</w:t>
      </w:r>
      <w:proofErr w:type="spellEnd"/>
      <w:r w:rsidR="00485CB7">
        <w:rPr>
          <w:sz w:val="18"/>
        </w:rPr>
        <w:t xml:space="preserve"> e </w:t>
      </w:r>
      <w:proofErr w:type="spellStart"/>
      <w:r w:rsidR="00485CB7">
        <w:rPr>
          <w:sz w:val="18"/>
        </w:rPr>
        <w:t>cicoria</w:t>
      </w:r>
      <w:proofErr w:type="spellEnd"/>
      <w:r w:rsidR="00485CB7">
        <w:rPr>
          <w:sz w:val="18"/>
        </w:rPr>
        <w:t xml:space="preserve"> </w:t>
      </w:r>
      <w:proofErr w:type="spellStart"/>
      <w:r w:rsidR="00485CB7">
        <w:rPr>
          <w:sz w:val="18"/>
        </w:rPr>
        <w:t>ripassata</w:t>
      </w:r>
      <w:proofErr w:type="spellEnd"/>
    </w:p>
    <w:p w14:paraId="2E5F1865" w14:textId="2E88F47E" w:rsidR="00920921" w:rsidRPr="008014A9" w:rsidRDefault="00485CB7" w:rsidP="00920921">
      <w:pPr>
        <w:spacing w:after="0"/>
      </w:pPr>
      <w:r>
        <w:rPr>
          <w:b/>
        </w:rPr>
        <w:t>SPEZZATINO DI GUANCIA</w:t>
      </w:r>
      <w:r w:rsidR="00920921" w:rsidRPr="008014A9">
        <w:rPr>
          <w:b/>
        </w:rPr>
        <w:t>....... 12.50</w:t>
      </w:r>
    </w:p>
    <w:p w14:paraId="11379B35" w14:textId="12913870" w:rsidR="00920921" w:rsidRDefault="00920921" w:rsidP="00920921">
      <w:pPr>
        <w:spacing w:after="120"/>
        <w:rPr>
          <w:sz w:val="18"/>
        </w:rPr>
      </w:pPr>
      <w:proofErr w:type="spellStart"/>
      <w:r>
        <w:rPr>
          <w:sz w:val="18"/>
        </w:rPr>
        <w:t>Serviti</w:t>
      </w:r>
      <w:proofErr w:type="spellEnd"/>
      <w:r>
        <w:rPr>
          <w:sz w:val="18"/>
        </w:rPr>
        <w:t xml:space="preserve"> con </w:t>
      </w:r>
      <w:r w:rsidR="002A62A4">
        <w:rPr>
          <w:sz w:val="18"/>
        </w:rPr>
        <w:t xml:space="preserve">crema di </w:t>
      </w:r>
      <w:proofErr w:type="spellStart"/>
      <w:r w:rsidR="002A62A4">
        <w:rPr>
          <w:sz w:val="18"/>
        </w:rPr>
        <w:t>patat</w:t>
      </w:r>
      <w:r w:rsidR="00485CB7">
        <w:rPr>
          <w:sz w:val="18"/>
        </w:rPr>
        <w:t>e</w:t>
      </w:r>
      <w:proofErr w:type="spellEnd"/>
    </w:p>
    <w:p w14:paraId="4ABA1B77" w14:textId="5FD3DFFC" w:rsidR="00F635ED" w:rsidRPr="008014A9" w:rsidRDefault="00D41C0F" w:rsidP="00A33D12">
      <w:pPr>
        <w:spacing w:after="80"/>
      </w:pPr>
      <w:r w:rsidRPr="008014A9">
        <w:rPr>
          <w:b/>
        </w:rPr>
        <w:t>CAESAR SALAD ........ 1</w:t>
      </w:r>
      <w:r w:rsidR="00581330" w:rsidRPr="008014A9">
        <w:rPr>
          <w:b/>
        </w:rPr>
        <w:t>3.</w:t>
      </w:r>
      <w:r w:rsidR="00DC33EC" w:rsidRPr="008014A9">
        <w:rPr>
          <w:b/>
        </w:rPr>
        <w:t>5</w:t>
      </w:r>
      <w:r w:rsidR="00581330" w:rsidRPr="008014A9">
        <w:rPr>
          <w:b/>
        </w:rPr>
        <w:t>0</w:t>
      </w:r>
    </w:p>
    <w:p w14:paraId="5FF409D5" w14:textId="77777777" w:rsidR="00F75846" w:rsidRDefault="00D41C0F" w:rsidP="009E00A1">
      <w:pPr>
        <w:spacing w:after="60"/>
      </w:pPr>
      <w:r>
        <w:rPr>
          <w:sz w:val="18"/>
        </w:rPr>
        <w:t xml:space="preserve">Insalata, Caesar dressing homemade, petto di pollo alla </w:t>
      </w:r>
      <w:proofErr w:type="spellStart"/>
      <w:r>
        <w:rPr>
          <w:sz w:val="18"/>
        </w:rPr>
        <w:t>piastra</w:t>
      </w:r>
      <w:proofErr w:type="spellEnd"/>
      <w:r>
        <w:rPr>
          <w:sz w:val="18"/>
        </w:rPr>
        <w:t xml:space="preserve">, bacon </w:t>
      </w:r>
      <w:proofErr w:type="spellStart"/>
      <w:r>
        <w:rPr>
          <w:sz w:val="18"/>
        </w:rPr>
        <w:t>croccante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scaglie</w:t>
      </w:r>
      <w:proofErr w:type="spellEnd"/>
      <w:r>
        <w:rPr>
          <w:sz w:val="18"/>
        </w:rPr>
        <w:t xml:space="preserve"> di grana e crostini di pane </w:t>
      </w:r>
      <w:proofErr w:type="spellStart"/>
      <w:r>
        <w:rPr>
          <w:sz w:val="18"/>
        </w:rPr>
        <w:t>tostato</w:t>
      </w:r>
      <w:proofErr w:type="spellEnd"/>
    </w:p>
    <w:p w14:paraId="59D3A120" w14:textId="77777777" w:rsidR="00F75846" w:rsidRDefault="00F75846" w:rsidP="00F75846">
      <w:pPr>
        <w:spacing w:after="0"/>
      </w:pPr>
    </w:p>
    <w:p w14:paraId="6793945F" w14:textId="77777777" w:rsidR="00B40F91" w:rsidRDefault="00B40F91" w:rsidP="00F75846">
      <w:pPr>
        <w:spacing w:after="0"/>
        <w:rPr>
          <w:rFonts w:ascii="Montserrat" w:hAnsi="Montserrat"/>
          <w:b/>
          <w:sz w:val="24"/>
        </w:rPr>
      </w:pPr>
    </w:p>
    <w:p w14:paraId="3188849F" w14:textId="77777777" w:rsidR="00B40F91" w:rsidRDefault="00B40F91" w:rsidP="00F75846">
      <w:pPr>
        <w:spacing w:after="0"/>
        <w:rPr>
          <w:rFonts w:ascii="Montserrat" w:hAnsi="Montserrat"/>
          <w:b/>
          <w:sz w:val="24"/>
        </w:rPr>
      </w:pPr>
    </w:p>
    <w:p w14:paraId="50C62625" w14:textId="77777777" w:rsidR="007E4C4C" w:rsidRDefault="007E4C4C" w:rsidP="00F75846">
      <w:pPr>
        <w:spacing w:after="0"/>
        <w:rPr>
          <w:rFonts w:ascii="Montserrat" w:hAnsi="Montserrat"/>
          <w:b/>
          <w:sz w:val="24"/>
        </w:rPr>
      </w:pPr>
    </w:p>
    <w:p w14:paraId="265B26E9" w14:textId="77777777" w:rsidR="006E6031" w:rsidRDefault="006E6031" w:rsidP="00DF120D">
      <w:pPr>
        <w:spacing w:before="120" w:after="0"/>
        <w:rPr>
          <w:rFonts w:ascii="Montserrat" w:hAnsi="Montserrat"/>
          <w:b/>
          <w:sz w:val="24"/>
        </w:rPr>
      </w:pPr>
    </w:p>
    <w:p w14:paraId="4F87B1E6" w14:textId="77777777" w:rsidR="006E6031" w:rsidRDefault="006E6031" w:rsidP="00DF120D">
      <w:pPr>
        <w:spacing w:before="120" w:after="0"/>
        <w:rPr>
          <w:rFonts w:ascii="Montserrat" w:hAnsi="Montserrat"/>
          <w:b/>
          <w:sz w:val="24"/>
        </w:rPr>
      </w:pPr>
    </w:p>
    <w:p w14:paraId="40E9E883" w14:textId="77777777" w:rsidR="00920921" w:rsidRDefault="00920921" w:rsidP="006E6031">
      <w:pPr>
        <w:spacing w:after="0"/>
        <w:rPr>
          <w:rFonts w:ascii="Montserrat" w:hAnsi="Montserrat"/>
          <w:b/>
          <w:sz w:val="24"/>
        </w:rPr>
      </w:pPr>
    </w:p>
    <w:p w14:paraId="0723EFC2" w14:textId="77777777" w:rsidR="00920921" w:rsidRDefault="00920921" w:rsidP="006E6031">
      <w:pPr>
        <w:spacing w:after="0"/>
        <w:rPr>
          <w:rFonts w:ascii="Montserrat" w:hAnsi="Montserrat"/>
          <w:b/>
          <w:sz w:val="24"/>
        </w:rPr>
      </w:pPr>
    </w:p>
    <w:p w14:paraId="12FE53E9" w14:textId="77777777" w:rsidR="00E62DC1" w:rsidRDefault="00E62DC1" w:rsidP="006E6031">
      <w:pPr>
        <w:spacing w:after="0"/>
        <w:rPr>
          <w:rFonts w:ascii="Montserrat" w:hAnsi="Montserrat"/>
          <w:b/>
          <w:sz w:val="24"/>
        </w:rPr>
      </w:pPr>
    </w:p>
    <w:p w14:paraId="6C923D29" w14:textId="77777777" w:rsidR="007028C7" w:rsidRDefault="007028C7" w:rsidP="006E6031">
      <w:pPr>
        <w:spacing w:after="0"/>
        <w:rPr>
          <w:rFonts w:ascii="Montserrat" w:hAnsi="Montserrat"/>
          <w:b/>
          <w:sz w:val="24"/>
        </w:rPr>
      </w:pPr>
    </w:p>
    <w:p w14:paraId="232EFBDD" w14:textId="41414601" w:rsidR="00A308E1" w:rsidRDefault="00000000" w:rsidP="009E00A1">
      <w:pPr>
        <w:spacing w:before="120" w:after="0"/>
      </w:pPr>
      <w:r>
        <w:rPr>
          <w:rFonts w:ascii="Montserrat" w:hAnsi="Montserrat"/>
          <w:b/>
          <w:sz w:val="24"/>
        </w:rPr>
        <w:t>HAMBURGER</w:t>
      </w:r>
    </w:p>
    <w:p w14:paraId="5C8116A3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5F4E64BF" w14:textId="41B680E9" w:rsidR="00A308E1" w:rsidRDefault="00000000">
      <w:r>
        <w:t xml:space="preserve">Contorno </w:t>
      </w:r>
      <w:proofErr w:type="spellStart"/>
      <w:r>
        <w:t>incluso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: </w:t>
      </w:r>
      <w:proofErr w:type="spellStart"/>
      <w:r>
        <w:t>patate</w:t>
      </w:r>
      <w:proofErr w:type="spellEnd"/>
      <w:r>
        <w:t xml:space="preserve"> </w:t>
      </w:r>
      <w:proofErr w:type="spellStart"/>
      <w:r>
        <w:t>fritte</w:t>
      </w:r>
      <w:proofErr w:type="spellEnd"/>
      <w:r>
        <w:t xml:space="preserve">, </w:t>
      </w:r>
      <w:r w:rsidR="00431FF0">
        <w:t xml:space="preserve">smashed </w:t>
      </w:r>
      <w:r>
        <w:t>potatoes, Colesl</w:t>
      </w:r>
      <w:r w:rsidR="00431FF0">
        <w:t>a</w:t>
      </w:r>
      <w:r>
        <w:t>w e wok di verdure</w:t>
      </w:r>
    </w:p>
    <w:p w14:paraId="5D7BE50D" w14:textId="5A327391" w:rsidR="00A308E1" w:rsidRDefault="00000000" w:rsidP="00D41C0F">
      <w:pPr>
        <w:spacing w:after="0"/>
      </w:pPr>
      <w:r w:rsidRPr="003F5448">
        <w:rPr>
          <w:b/>
        </w:rPr>
        <w:t>CLASSIC CHEESE &amp; BACON</w:t>
      </w:r>
      <w:r>
        <w:rPr>
          <w:b/>
        </w:rPr>
        <w:t xml:space="preserve"> ........ 1</w:t>
      </w:r>
      <w:r w:rsidR="007C1D16">
        <w:rPr>
          <w:b/>
        </w:rPr>
        <w:t>4.00</w:t>
      </w:r>
    </w:p>
    <w:p w14:paraId="750F129D" w14:textId="7EBF9303" w:rsidR="00A308E1" w:rsidRDefault="00000000">
      <w:pPr>
        <w:spacing w:after="80"/>
      </w:pPr>
      <w:r>
        <w:rPr>
          <w:sz w:val="18"/>
        </w:rPr>
        <w:t xml:space="preserve">Hamburger di </w:t>
      </w:r>
      <w:proofErr w:type="spellStart"/>
      <w:r>
        <w:rPr>
          <w:sz w:val="18"/>
        </w:rPr>
        <w:t>Fassona</w:t>
      </w:r>
      <w:proofErr w:type="spellEnd"/>
      <w:r>
        <w:rPr>
          <w:sz w:val="18"/>
        </w:rPr>
        <w:t xml:space="preserve">, cheddar </w:t>
      </w:r>
      <w:proofErr w:type="spellStart"/>
      <w:r>
        <w:rPr>
          <w:sz w:val="18"/>
        </w:rPr>
        <w:t>scozzese</w:t>
      </w:r>
      <w:proofErr w:type="spellEnd"/>
      <w:r>
        <w:rPr>
          <w:sz w:val="18"/>
        </w:rPr>
        <w:t xml:space="preserve">, bacon </w:t>
      </w:r>
      <w:proofErr w:type="spellStart"/>
      <w:r>
        <w:rPr>
          <w:sz w:val="18"/>
        </w:rPr>
        <w:t>piastrato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lattuga</w:t>
      </w:r>
      <w:proofErr w:type="spellEnd"/>
      <w:r>
        <w:rPr>
          <w:sz w:val="18"/>
        </w:rPr>
        <w:t xml:space="preserve">, pomodoro, salsa Helmut, pane </w:t>
      </w:r>
      <w:proofErr w:type="spellStart"/>
      <w:r>
        <w:rPr>
          <w:sz w:val="18"/>
        </w:rPr>
        <w:t>artigianale</w:t>
      </w:r>
      <w:proofErr w:type="spellEnd"/>
    </w:p>
    <w:p w14:paraId="156C2EB7" w14:textId="77777777" w:rsidR="00061677" w:rsidRDefault="00920921" w:rsidP="00061677">
      <w:pPr>
        <w:spacing w:after="0"/>
      </w:pPr>
      <w:r w:rsidRPr="008014A9">
        <w:rPr>
          <w:b/>
        </w:rPr>
        <w:t>BUN</w:t>
      </w:r>
      <w:r w:rsidR="00061677">
        <w:rPr>
          <w:b/>
        </w:rPr>
        <w:t xml:space="preserve"> VEGANO</w:t>
      </w:r>
      <w:r w:rsidRPr="008014A9">
        <w:rPr>
          <w:b/>
        </w:rPr>
        <w:t>........ 14.50</w:t>
      </w:r>
    </w:p>
    <w:p w14:paraId="0F098123" w14:textId="18B5E703" w:rsidR="00061677" w:rsidRPr="00061677" w:rsidRDefault="00061677" w:rsidP="00061677">
      <w:pPr>
        <w:spacing w:after="80"/>
      </w:pPr>
      <w:r w:rsidRPr="00061677">
        <w:rPr>
          <w:bCs/>
          <w:sz w:val="18"/>
          <w:szCs w:val="18"/>
          <w:lang w:val="it-IT"/>
        </w:rPr>
        <w:t xml:space="preserve">Falafel </w:t>
      </w:r>
      <w:proofErr w:type="spellStart"/>
      <w:r w:rsidRPr="00061677">
        <w:rPr>
          <w:bCs/>
          <w:sz w:val="18"/>
          <w:szCs w:val="18"/>
          <w:lang w:val="it-IT"/>
        </w:rPr>
        <w:t>patty</w:t>
      </w:r>
      <w:proofErr w:type="spellEnd"/>
      <w:r w:rsidRPr="00061677">
        <w:rPr>
          <w:bCs/>
          <w:sz w:val="18"/>
          <w:szCs w:val="18"/>
          <w:lang w:val="it-IT"/>
        </w:rPr>
        <w:t>, Portobello arrostito, zucca al forno,</w:t>
      </w:r>
    </w:p>
    <w:p w14:paraId="3CBB8B0A" w14:textId="7AABD375" w:rsidR="00920921" w:rsidRDefault="00061677" w:rsidP="00061677">
      <w:pPr>
        <w:spacing w:after="0"/>
        <w:rPr>
          <w:bCs/>
          <w:sz w:val="18"/>
          <w:szCs w:val="18"/>
          <w:lang w:val="it-IT"/>
        </w:rPr>
      </w:pPr>
      <w:r w:rsidRPr="00061677">
        <w:rPr>
          <w:bCs/>
          <w:sz w:val="18"/>
          <w:szCs w:val="18"/>
          <w:lang w:val="it-IT"/>
        </w:rPr>
        <w:t>Philadelphia vegan, contorno a scelta.</w:t>
      </w:r>
    </w:p>
    <w:p w14:paraId="32079843" w14:textId="50DCF800" w:rsidR="00A308E1" w:rsidRPr="00920921" w:rsidRDefault="00F51A29" w:rsidP="006E6031">
      <w:pPr>
        <w:spacing w:after="0"/>
        <w:rPr>
          <w:bCs/>
          <w:sz w:val="18"/>
          <w:szCs w:val="18"/>
          <w:lang w:val="it-IT"/>
        </w:rPr>
      </w:pPr>
      <w:r>
        <w:rPr>
          <w:rFonts w:ascii="Montserrat" w:hAnsi="Montserrat"/>
          <w:b/>
          <w:sz w:val="24"/>
        </w:rPr>
        <w:t>SMASH BURGER</w:t>
      </w:r>
    </w:p>
    <w:p w14:paraId="686911D6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21DE343B" w14:textId="77F70A05" w:rsidR="00A308E1" w:rsidRDefault="00000000">
      <w:r>
        <w:t xml:space="preserve">Doppio +3,5€    </w:t>
      </w:r>
      <w:proofErr w:type="spellStart"/>
      <w:r>
        <w:t>Triplo</w:t>
      </w:r>
      <w:proofErr w:type="spellEnd"/>
      <w:r>
        <w:t xml:space="preserve"> +6,5€</w:t>
      </w:r>
    </w:p>
    <w:p w14:paraId="64868E14" w14:textId="63A0CC74" w:rsidR="00A308E1" w:rsidRPr="008014A9" w:rsidRDefault="00000000" w:rsidP="00D41C0F">
      <w:pPr>
        <w:spacing w:after="0"/>
      </w:pPr>
      <w:r w:rsidRPr="008014A9">
        <w:rPr>
          <w:b/>
        </w:rPr>
        <w:t xml:space="preserve">BASIC BURGER ........ </w:t>
      </w:r>
      <w:r w:rsidR="007C1D16">
        <w:rPr>
          <w:b/>
        </w:rPr>
        <w:t>6.00</w:t>
      </w:r>
    </w:p>
    <w:p w14:paraId="19057C85" w14:textId="54F0C9EF" w:rsidR="00A308E1" w:rsidRDefault="00000000">
      <w:pPr>
        <w:spacing w:after="80"/>
      </w:pPr>
      <w:r>
        <w:rPr>
          <w:sz w:val="18"/>
        </w:rPr>
        <w:t xml:space="preserve">Smash burger di </w:t>
      </w:r>
      <w:proofErr w:type="spellStart"/>
      <w:r>
        <w:rPr>
          <w:sz w:val="18"/>
        </w:rPr>
        <w:t>fassona</w:t>
      </w:r>
      <w:proofErr w:type="spellEnd"/>
      <w:r>
        <w:rPr>
          <w:sz w:val="18"/>
        </w:rPr>
        <w:t xml:space="preserve">, pane </w:t>
      </w:r>
      <w:proofErr w:type="spellStart"/>
      <w:r>
        <w:rPr>
          <w:sz w:val="18"/>
        </w:rPr>
        <w:t>artigianale</w:t>
      </w:r>
      <w:proofErr w:type="spellEnd"/>
      <w:r>
        <w:rPr>
          <w:sz w:val="18"/>
        </w:rPr>
        <w:t xml:space="preserve">, </w:t>
      </w:r>
      <w:r w:rsidR="0021579C">
        <w:rPr>
          <w:sz w:val="18"/>
        </w:rPr>
        <w:t xml:space="preserve">salsa </w:t>
      </w:r>
      <w:r w:rsidR="00572FCA">
        <w:rPr>
          <w:sz w:val="18"/>
        </w:rPr>
        <w:t>Ketchup</w:t>
      </w:r>
    </w:p>
    <w:p w14:paraId="59DB845D" w14:textId="42C1E076" w:rsidR="00CB604D" w:rsidRPr="008014A9" w:rsidRDefault="00000000" w:rsidP="00CB604D">
      <w:pPr>
        <w:spacing w:after="0"/>
        <w:rPr>
          <w:b/>
        </w:rPr>
      </w:pPr>
      <w:r w:rsidRPr="008014A9">
        <w:rPr>
          <w:b/>
        </w:rPr>
        <w:t xml:space="preserve">CLASSIC CHEESE &amp; BACON ........ </w:t>
      </w:r>
      <w:r w:rsidR="007C1D16">
        <w:rPr>
          <w:b/>
        </w:rPr>
        <w:t>10.00</w:t>
      </w:r>
    </w:p>
    <w:p w14:paraId="37553455" w14:textId="73C092F2" w:rsidR="00CB604D" w:rsidRPr="00CB604D" w:rsidRDefault="00CB604D" w:rsidP="00CB604D">
      <w:pPr>
        <w:spacing w:after="120"/>
        <w:rPr>
          <w:b/>
        </w:rPr>
      </w:pPr>
      <w:r w:rsidRPr="00CB604D">
        <w:rPr>
          <w:bCs/>
          <w:sz w:val="18"/>
          <w:szCs w:val="18"/>
        </w:rPr>
        <w:t>Smash burger</w:t>
      </w:r>
      <w:r>
        <w:rPr>
          <w:b/>
        </w:rPr>
        <w:t xml:space="preserve"> </w:t>
      </w:r>
      <w:r>
        <w:rPr>
          <w:sz w:val="18"/>
        </w:rPr>
        <w:t xml:space="preserve">di </w:t>
      </w:r>
      <w:proofErr w:type="spellStart"/>
      <w:r>
        <w:rPr>
          <w:sz w:val="18"/>
        </w:rPr>
        <w:t>Fassona</w:t>
      </w:r>
      <w:proofErr w:type="spellEnd"/>
      <w:r>
        <w:rPr>
          <w:sz w:val="18"/>
        </w:rPr>
        <w:t xml:space="preserve">, cheddar </w:t>
      </w:r>
      <w:proofErr w:type="spellStart"/>
      <w:r>
        <w:rPr>
          <w:sz w:val="18"/>
        </w:rPr>
        <w:t>scozzese</w:t>
      </w:r>
      <w:proofErr w:type="spellEnd"/>
      <w:r>
        <w:rPr>
          <w:sz w:val="18"/>
        </w:rPr>
        <w:t xml:space="preserve">, bacon </w:t>
      </w:r>
      <w:proofErr w:type="spellStart"/>
      <w:r>
        <w:rPr>
          <w:sz w:val="18"/>
        </w:rPr>
        <w:t>piastrato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lattuga</w:t>
      </w:r>
      <w:proofErr w:type="spellEnd"/>
      <w:r>
        <w:rPr>
          <w:sz w:val="18"/>
        </w:rPr>
        <w:t xml:space="preserve">, pomodoro, salsa Helmut, pane </w:t>
      </w:r>
      <w:proofErr w:type="spellStart"/>
      <w:r>
        <w:rPr>
          <w:sz w:val="18"/>
        </w:rPr>
        <w:t>artigianale</w:t>
      </w:r>
      <w:proofErr w:type="spellEnd"/>
    </w:p>
    <w:p w14:paraId="37B2936D" w14:textId="16000F37" w:rsidR="00A308E1" w:rsidRPr="008014A9" w:rsidRDefault="00000000" w:rsidP="00D41C0F">
      <w:pPr>
        <w:spacing w:after="0"/>
      </w:pPr>
      <w:r w:rsidRPr="008014A9">
        <w:rPr>
          <w:b/>
        </w:rPr>
        <w:t>QUASI CARBONARA ........ 11</w:t>
      </w:r>
      <w:r w:rsidR="007C1D16">
        <w:rPr>
          <w:b/>
        </w:rPr>
        <w:t>.</w:t>
      </w:r>
      <w:r w:rsidR="00560DCB">
        <w:rPr>
          <w:b/>
        </w:rPr>
        <w:t>50</w:t>
      </w:r>
    </w:p>
    <w:p w14:paraId="53119168" w14:textId="03EBFF01" w:rsidR="00CB604D" w:rsidRPr="001D633E" w:rsidRDefault="00CB604D" w:rsidP="006E6031">
      <w:pPr>
        <w:spacing w:after="120"/>
        <w:rPr>
          <w:lang w:val="it-IT"/>
        </w:rPr>
      </w:pPr>
      <w:r>
        <w:rPr>
          <w:sz w:val="18"/>
          <w:szCs w:val="18"/>
        </w:rPr>
        <w:t>Smash burger</w:t>
      </w:r>
      <w:r w:rsidRPr="001D633E">
        <w:rPr>
          <w:sz w:val="18"/>
          <w:szCs w:val="18"/>
          <w:lang w:val="it-IT"/>
        </w:rPr>
        <w:t xml:space="preserve"> di Fassona, uovo, </w:t>
      </w:r>
      <w:r w:rsidR="00061677" w:rsidRPr="001D633E">
        <w:rPr>
          <w:sz w:val="18"/>
          <w:szCs w:val="18"/>
          <w:lang w:val="it-IT"/>
        </w:rPr>
        <w:t>guanciale</w:t>
      </w:r>
      <w:r w:rsidRPr="001D633E">
        <w:rPr>
          <w:sz w:val="18"/>
          <w:szCs w:val="18"/>
          <w:lang w:val="it-IT"/>
        </w:rPr>
        <w:t xml:space="preserve"> croccante, fonduta di cacio e pepe, grattugiata di pecorino romano</w:t>
      </w:r>
      <w:r w:rsidRPr="001D633E">
        <w:rPr>
          <w:lang w:val="it-IT"/>
        </w:rPr>
        <w:t>.</w:t>
      </w:r>
    </w:p>
    <w:p w14:paraId="0748898B" w14:textId="27F95413" w:rsidR="00A308E1" w:rsidRDefault="00000000" w:rsidP="00443797">
      <w:pPr>
        <w:spacing w:after="0"/>
      </w:pPr>
      <w:r>
        <w:rPr>
          <w:rFonts w:ascii="Montserrat" w:hAnsi="Montserrat"/>
          <w:b/>
          <w:sz w:val="24"/>
        </w:rPr>
        <w:t>CLUB SANDWICH</w:t>
      </w:r>
      <w:r w:rsidR="009F2ED2">
        <w:rPr>
          <w:rFonts w:ascii="Montserrat" w:hAnsi="Montserrat"/>
          <w:b/>
          <w:sz w:val="24"/>
        </w:rPr>
        <w:t xml:space="preserve"> </w:t>
      </w:r>
      <w:r w:rsidR="0044489B">
        <w:rPr>
          <w:rFonts w:ascii="Montserrat" w:hAnsi="Montserrat"/>
          <w:b/>
          <w:sz w:val="24"/>
        </w:rPr>
        <w:t>E PIADE</w:t>
      </w:r>
    </w:p>
    <w:p w14:paraId="04D148C8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5D5FBE54" w14:textId="5518F690" w:rsidR="0044489B" w:rsidRDefault="0044489B" w:rsidP="00D41C0F">
      <w:pPr>
        <w:spacing w:after="0"/>
        <w:rPr>
          <w:b/>
        </w:rPr>
      </w:pPr>
      <w:r>
        <w:rPr>
          <w:b/>
        </w:rPr>
        <w:t>PIADA CRUDO E BUFALA</w:t>
      </w:r>
      <w:r w:rsidRPr="008014A9">
        <w:rPr>
          <w:b/>
        </w:rPr>
        <w:t xml:space="preserve">........ </w:t>
      </w:r>
      <w:r>
        <w:rPr>
          <w:b/>
        </w:rPr>
        <w:t>9.50</w:t>
      </w:r>
    </w:p>
    <w:p w14:paraId="5AFD4764" w14:textId="258895C9" w:rsidR="0044489B" w:rsidRDefault="0044489B" w:rsidP="00D41C0F">
      <w:pPr>
        <w:spacing w:after="0"/>
        <w:rPr>
          <w:b/>
        </w:rPr>
      </w:pPr>
      <w:r>
        <w:rPr>
          <w:sz w:val="18"/>
        </w:rPr>
        <w:t>P</w:t>
      </w:r>
      <w:r>
        <w:rPr>
          <w:sz w:val="18"/>
        </w:rPr>
        <w:t xml:space="preserve">rosciutto crudo di Parma 24 </w:t>
      </w:r>
      <w:proofErr w:type="spellStart"/>
      <w:r>
        <w:rPr>
          <w:sz w:val="18"/>
        </w:rPr>
        <w:t>mesi</w:t>
      </w:r>
      <w:proofErr w:type="spellEnd"/>
      <w:r>
        <w:rPr>
          <w:sz w:val="18"/>
        </w:rPr>
        <w:t>, mozzarella di bufala campana, rucola condita.</w:t>
      </w:r>
    </w:p>
    <w:p w14:paraId="6BE1C55E" w14:textId="4680FC66" w:rsidR="00A308E1" w:rsidRPr="008014A9" w:rsidRDefault="00832AF8" w:rsidP="00D41C0F">
      <w:pPr>
        <w:spacing w:after="0"/>
      </w:pPr>
      <w:r w:rsidRPr="008014A9">
        <w:rPr>
          <w:b/>
        </w:rPr>
        <w:t>CLUB CLASSICO ........ 1</w:t>
      </w:r>
      <w:r w:rsidR="001D633E" w:rsidRPr="008014A9">
        <w:rPr>
          <w:b/>
        </w:rPr>
        <w:t>3</w:t>
      </w:r>
      <w:r w:rsidRPr="008014A9">
        <w:rPr>
          <w:b/>
        </w:rPr>
        <w:t>.</w:t>
      </w:r>
      <w:r w:rsidR="007C1D16">
        <w:rPr>
          <w:b/>
        </w:rPr>
        <w:t>50</w:t>
      </w:r>
    </w:p>
    <w:p w14:paraId="4F5DA780" w14:textId="16DC24E7" w:rsidR="00A308E1" w:rsidRDefault="00832AF8">
      <w:pPr>
        <w:spacing w:after="80"/>
      </w:pPr>
      <w:r>
        <w:rPr>
          <w:sz w:val="18"/>
        </w:rPr>
        <w:t xml:space="preserve">Petto di pollo </w:t>
      </w:r>
      <w:proofErr w:type="spellStart"/>
      <w:r>
        <w:rPr>
          <w:sz w:val="18"/>
        </w:rPr>
        <w:t>cbt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lattuga</w:t>
      </w:r>
      <w:proofErr w:type="spellEnd"/>
      <w:r>
        <w:rPr>
          <w:sz w:val="18"/>
        </w:rPr>
        <w:t xml:space="preserve">, pomodoro, </w:t>
      </w:r>
      <w:proofErr w:type="spellStart"/>
      <w:r>
        <w:rPr>
          <w:sz w:val="18"/>
        </w:rPr>
        <w:t>frittatina</w:t>
      </w:r>
      <w:proofErr w:type="spellEnd"/>
      <w:r>
        <w:rPr>
          <w:sz w:val="18"/>
        </w:rPr>
        <w:t xml:space="preserve">, bacon, </w:t>
      </w:r>
      <w:proofErr w:type="spellStart"/>
      <w:r>
        <w:rPr>
          <w:sz w:val="18"/>
        </w:rPr>
        <w:t>formaggio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filante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maionese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fatta</w:t>
      </w:r>
      <w:proofErr w:type="spellEnd"/>
      <w:r>
        <w:rPr>
          <w:sz w:val="18"/>
        </w:rPr>
        <w:t xml:space="preserve"> in casa, salsa rosa a </w:t>
      </w:r>
      <w:proofErr w:type="spellStart"/>
      <w:r>
        <w:rPr>
          <w:sz w:val="18"/>
        </w:rPr>
        <w:t>parte</w:t>
      </w:r>
      <w:proofErr w:type="spellEnd"/>
    </w:p>
    <w:p w14:paraId="56EFB92F" w14:textId="03158477" w:rsidR="00A308E1" w:rsidRPr="008014A9" w:rsidRDefault="00000000" w:rsidP="00D41C0F">
      <w:pPr>
        <w:spacing w:after="0"/>
      </w:pPr>
      <w:r w:rsidRPr="008014A9">
        <w:rPr>
          <w:b/>
        </w:rPr>
        <w:t>CLUB VEGETARIANO ........ 1</w:t>
      </w:r>
      <w:r w:rsidR="001D633E" w:rsidRPr="008014A9">
        <w:rPr>
          <w:b/>
        </w:rPr>
        <w:t>3</w:t>
      </w:r>
      <w:r w:rsidRPr="008014A9">
        <w:rPr>
          <w:b/>
        </w:rPr>
        <w:t>.00</w:t>
      </w:r>
    </w:p>
    <w:p w14:paraId="72B16E2B" w14:textId="77777777" w:rsidR="001D633E" w:rsidRPr="001D633E" w:rsidRDefault="001D633E" w:rsidP="001D633E">
      <w:pPr>
        <w:spacing w:after="0"/>
        <w:rPr>
          <w:bCs/>
          <w:sz w:val="18"/>
          <w:szCs w:val="18"/>
          <w:lang w:val="it-IT"/>
        </w:rPr>
      </w:pPr>
      <w:r w:rsidRPr="001D633E">
        <w:rPr>
          <w:bCs/>
          <w:sz w:val="18"/>
          <w:szCs w:val="18"/>
          <w:lang w:val="it-IT"/>
        </w:rPr>
        <w:t xml:space="preserve">Melanzane e zucchine alla piastra, </w:t>
      </w:r>
      <w:proofErr w:type="spellStart"/>
      <w:r w:rsidRPr="001D633E">
        <w:rPr>
          <w:bCs/>
          <w:sz w:val="18"/>
          <w:szCs w:val="18"/>
          <w:lang w:val="it-IT"/>
        </w:rPr>
        <w:t>friggitelli</w:t>
      </w:r>
      <w:proofErr w:type="spellEnd"/>
      <w:r w:rsidRPr="001D633E">
        <w:rPr>
          <w:bCs/>
          <w:sz w:val="18"/>
          <w:szCs w:val="18"/>
          <w:lang w:val="it-IT"/>
        </w:rPr>
        <w:t xml:space="preserve"> arrostiti, lattuga,</w:t>
      </w:r>
    </w:p>
    <w:p w14:paraId="7A092FB9" w14:textId="1BDC5146" w:rsidR="0053426D" w:rsidRPr="0053426D" w:rsidRDefault="001D633E" w:rsidP="001D633E">
      <w:pPr>
        <w:spacing w:after="0"/>
        <w:rPr>
          <w:bCs/>
          <w:sz w:val="18"/>
          <w:szCs w:val="18"/>
          <w:lang w:val="it-IT"/>
        </w:rPr>
      </w:pPr>
      <w:r w:rsidRPr="001D633E">
        <w:rPr>
          <w:bCs/>
          <w:sz w:val="18"/>
          <w:szCs w:val="18"/>
          <w:lang w:val="it-IT"/>
        </w:rPr>
        <w:t>frittata, pomodori, straccetti di burrata.</w:t>
      </w:r>
    </w:p>
    <w:p w14:paraId="2D43C08A" w14:textId="5944FBE9" w:rsidR="006F11EB" w:rsidRDefault="0044489B" w:rsidP="0053426D">
      <w:pPr>
        <w:spacing w:after="0"/>
        <w:rPr>
          <w:b/>
        </w:rPr>
      </w:pPr>
      <w:r>
        <w:rPr>
          <w:b/>
          <w:bCs/>
          <w:lang w:val="it-IT"/>
        </w:rPr>
        <w:t>CLUB PORCHETTA E FUNGHI</w:t>
      </w:r>
      <w:r w:rsidR="006F11EB">
        <w:rPr>
          <w:b/>
        </w:rPr>
        <w:t>........ 1</w:t>
      </w:r>
      <w:r w:rsidR="001D633E">
        <w:rPr>
          <w:b/>
        </w:rPr>
        <w:t>3</w:t>
      </w:r>
      <w:r w:rsidR="006F11EB">
        <w:rPr>
          <w:b/>
        </w:rPr>
        <w:t>.50</w:t>
      </w:r>
    </w:p>
    <w:p w14:paraId="0427FE72" w14:textId="13F97CF3" w:rsidR="001D633E" w:rsidRDefault="0044489B" w:rsidP="001D633E">
      <w:pPr>
        <w:spacing w:after="0"/>
        <w:rPr>
          <w:b/>
          <w:sz w:val="20"/>
          <w:lang w:val="it-IT"/>
        </w:rPr>
      </w:pPr>
      <w:r>
        <w:rPr>
          <w:bCs/>
          <w:sz w:val="18"/>
          <w:szCs w:val="18"/>
          <w:lang w:val="it-IT"/>
        </w:rPr>
        <w:t>Porchetta Trevigiana, funghi misti brasati, frittatina, Morlacco di malga e rucola.</w:t>
      </w:r>
    </w:p>
    <w:p w14:paraId="5CEA2BE8" w14:textId="7E7907AA" w:rsidR="00794E5F" w:rsidRPr="008014A9" w:rsidRDefault="00000000" w:rsidP="001D633E">
      <w:pPr>
        <w:spacing w:after="0"/>
        <w:rPr>
          <w:b/>
        </w:rPr>
      </w:pPr>
      <w:r w:rsidRPr="008014A9">
        <w:rPr>
          <w:b/>
        </w:rPr>
        <w:t>AVOCADO E SALMONE SANDWICH ........ 14.50</w:t>
      </w:r>
    </w:p>
    <w:p w14:paraId="29CCDAA8" w14:textId="4EE37E70" w:rsidR="00A308E1" w:rsidRPr="00794E5F" w:rsidRDefault="00794E5F" w:rsidP="00794E5F">
      <w:pPr>
        <w:spacing w:after="0"/>
        <w:rPr>
          <w:bCs/>
          <w:sz w:val="18"/>
          <w:szCs w:val="18"/>
          <w:lang w:val="it-IT"/>
        </w:rPr>
      </w:pPr>
      <w:r w:rsidRPr="00794E5F">
        <w:rPr>
          <w:bCs/>
          <w:sz w:val="18"/>
          <w:szCs w:val="18"/>
          <w:lang w:val="it-IT"/>
        </w:rPr>
        <w:t xml:space="preserve">Salmone norvegese </w:t>
      </w:r>
      <w:proofErr w:type="spellStart"/>
      <w:r w:rsidRPr="00794E5F">
        <w:rPr>
          <w:bCs/>
          <w:sz w:val="18"/>
          <w:szCs w:val="18"/>
          <w:lang w:val="it-IT"/>
        </w:rPr>
        <w:t>a_umicato</w:t>
      </w:r>
      <w:proofErr w:type="spellEnd"/>
      <w:r w:rsidRPr="00794E5F">
        <w:rPr>
          <w:bCs/>
          <w:sz w:val="18"/>
          <w:szCs w:val="18"/>
          <w:lang w:val="it-IT"/>
        </w:rPr>
        <w:t xml:space="preserve"> in casa, crema di robiola limone e pepe,</w:t>
      </w:r>
      <w:r>
        <w:rPr>
          <w:bCs/>
          <w:sz w:val="18"/>
          <w:szCs w:val="18"/>
          <w:lang w:val="it-IT"/>
        </w:rPr>
        <w:t xml:space="preserve"> </w:t>
      </w:r>
      <w:r w:rsidRPr="00794E5F">
        <w:rPr>
          <w:bCs/>
          <w:sz w:val="18"/>
          <w:szCs w:val="18"/>
          <w:lang w:val="it-IT"/>
        </w:rPr>
        <w:t xml:space="preserve">lattuga romana, </w:t>
      </w:r>
      <w:proofErr w:type="spellStart"/>
      <w:r w:rsidRPr="00794E5F">
        <w:rPr>
          <w:bCs/>
          <w:sz w:val="18"/>
          <w:szCs w:val="18"/>
          <w:lang w:val="it-IT"/>
        </w:rPr>
        <w:t>smashed</w:t>
      </w:r>
      <w:proofErr w:type="spellEnd"/>
      <w:r w:rsidRPr="00794E5F">
        <w:rPr>
          <w:bCs/>
          <w:sz w:val="18"/>
          <w:szCs w:val="18"/>
          <w:lang w:val="it-IT"/>
        </w:rPr>
        <w:t xml:space="preserve"> avocado, pomodorini </w:t>
      </w:r>
      <w:proofErr w:type="spellStart"/>
      <w:r w:rsidRPr="00794E5F">
        <w:rPr>
          <w:bCs/>
          <w:sz w:val="18"/>
          <w:szCs w:val="18"/>
          <w:lang w:val="it-IT"/>
        </w:rPr>
        <w:t>confit</w:t>
      </w:r>
      <w:proofErr w:type="spellEnd"/>
      <w:r w:rsidRPr="00794E5F">
        <w:rPr>
          <w:bCs/>
          <w:sz w:val="18"/>
          <w:szCs w:val="18"/>
          <w:lang w:val="it-IT"/>
        </w:rPr>
        <w:t>.</w:t>
      </w:r>
    </w:p>
    <w:sectPr w:rsidR="00A308E1" w:rsidRPr="00794E5F" w:rsidSect="00486A98">
      <w:pgSz w:w="11909" w:h="16834" w:code="9"/>
      <w:pgMar w:top="862" w:right="720" w:bottom="862" w:left="720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2642277">
    <w:abstractNumId w:val="8"/>
  </w:num>
  <w:num w:numId="2" w16cid:durableId="501353991">
    <w:abstractNumId w:val="6"/>
  </w:num>
  <w:num w:numId="3" w16cid:durableId="216012767">
    <w:abstractNumId w:val="5"/>
  </w:num>
  <w:num w:numId="4" w16cid:durableId="2026832156">
    <w:abstractNumId w:val="4"/>
  </w:num>
  <w:num w:numId="5" w16cid:durableId="314648744">
    <w:abstractNumId w:val="7"/>
  </w:num>
  <w:num w:numId="6" w16cid:durableId="782194084">
    <w:abstractNumId w:val="3"/>
  </w:num>
  <w:num w:numId="7" w16cid:durableId="657222425">
    <w:abstractNumId w:val="2"/>
  </w:num>
  <w:num w:numId="8" w16cid:durableId="243730444">
    <w:abstractNumId w:val="1"/>
  </w:num>
  <w:num w:numId="9" w16cid:durableId="174109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B07"/>
    <w:rsid w:val="00031709"/>
    <w:rsid w:val="00034616"/>
    <w:rsid w:val="0004291D"/>
    <w:rsid w:val="00053901"/>
    <w:rsid w:val="0006063C"/>
    <w:rsid w:val="00061677"/>
    <w:rsid w:val="00064E8E"/>
    <w:rsid w:val="00086B44"/>
    <w:rsid w:val="000922BF"/>
    <w:rsid w:val="000B7BAC"/>
    <w:rsid w:val="000C195B"/>
    <w:rsid w:val="000E1F9D"/>
    <w:rsid w:val="000E4B5C"/>
    <w:rsid w:val="00103A7E"/>
    <w:rsid w:val="00114DB0"/>
    <w:rsid w:val="00140AA4"/>
    <w:rsid w:val="0015074B"/>
    <w:rsid w:val="00153E4C"/>
    <w:rsid w:val="00165320"/>
    <w:rsid w:val="00181027"/>
    <w:rsid w:val="00196FC0"/>
    <w:rsid w:val="001A7150"/>
    <w:rsid w:val="001A7F7A"/>
    <w:rsid w:val="001B65C9"/>
    <w:rsid w:val="001C13F6"/>
    <w:rsid w:val="001C24D7"/>
    <w:rsid w:val="001C30BB"/>
    <w:rsid w:val="001D633E"/>
    <w:rsid w:val="001F1A32"/>
    <w:rsid w:val="0021579C"/>
    <w:rsid w:val="00251D8A"/>
    <w:rsid w:val="002562CA"/>
    <w:rsid w:val="00264032"/>
    <w:rsid w:val="00264732"/>
    <w:rsid w:val="00286E30"/>
    <w:rsid w:val="002927BE"/>
    <w:rsid w:val="0029639D"/>
    <w:rsid w:val="002A62A4"/>
    <w:rsid w:val="002B5462"/>
    <w:rsid w:val="00306972"/>
    <w:rsid w:val="003124BF"/>
    <w:rsid w:val="003174A8"/>
    <w:rsid w:val="00322C9A"/>
    <w:rsid w:val="00323472"/>
    <w:rsid w:val="00326B58"/>
    <w:rsid w:val="00326F90"/>
    <w:rsid w:val="00335B6C"/>
    <w:rsid w:val="0034004F"/>
    <w:rsid w:val="00353384"/>
    <w:rsid w:val="00376D85"/>
    <w:rsid w:val="003803BA"/>
    <w:rsid w:val="003815E7"/>
    <w:rsid w:val="003B0C7B"/>
    <w:rsid w:val="003B3DA5"/>
    <w:rsid w:val="003B4782"/>
    <w:rsid w:val="003B6C61"/>
    <w:rsid w:val="003F5448"/>
    <w:rsid w:val="00403659"/>
    <w:rsid w:val="00410F00"/>
    <w:rsid w:val="004317B4"/>
    <w:rsid w:val="00431FF0"/>
    <w:rsid w:val="00443797"/>
    <w:rsid w:val="0044489B"/>
    <w:rsid w:val="00447BF1"/>
    <w:rsid w:val="00453141"/>
    <w:rsid w:val="00462F1D"/>
    <w:rsid w:val="004749C1"/>
    <w:rsid w:val="00482BB5"/>
    <w:rsid w:val="00485CB7"/>
    <w:rsid w:val="00486A98"/>
    <w:rsid w:val="004D5648"/>
    <w:rsid w:val="004F2695"/>
    <w:rsid w:val="004F6024"/>
    <w:rsid w:val="00501985"/>
    <w:rsid w:val="00510EC8"/>
    <w:rsid w:val="00514D25"/>
    <w:rsid w:val="005163AF"/>
    <w:rsid w:val="00517AFA"/>
    <w:rsid w:val="005272E4"/>
    <w:rsid w:val="00532C04"/>
    <w:rsid w:val="0053426D"/>
    <w:rsid w:val="00546528"/>
    <w:rsid w:val="00554FA7"/>
    <w:rsid w:val="00560DCB"/>
    <w:rsid w:val="00562206"/>
    <w:rsid w:val="005654C6"/>
    <w:rsid w:val="00572FCA"/>
    <w:rsid w:val="00573AFC"/>
    <w:rsid w:val="00581330"/>
    <w:rsid w:val="005A1105"/>
    <w:rsid w:val="005E60B1"/>
    <w:rsid w:val="006267F9"/>
    <w:rsid w:val="00643434"/>
    <w:rsid w:val="00644B35"/>
    <w:rsid w:val="0066495A"/>
    <w:rsid w:val="006665B5"/>
    <w:rsid w:val="00676FB6"/>
    <w:rsid w:val="00690D8C"/>
    <w:rsid w:val="006B200E"/>
    <w:rsid w:val="006C3C89"/>
    <w:rsid w:val="006C630F"/>
    <w:rsid w:val="006D6C54"/>
    <w:rsid w:val="006E2539"/>
    <w:rsid w:val="006E6031"/>
    <w:rsid w:val="006E730F"/>
    <w:rsid w:val="006F11EB"/>
    <w:rsid w:val="007007D1"/>
    <w:rsid w:val="007028C7"/>
    <w:rsid w:val="0071488A"/>
    <w:rsid w:val="00724D0D"/>
    <w:rsid w:val="007504D0"/>
    <w:rsid w:val="00750E0E"/>
    <w:rsid w:val="00794E5F"/>
    <w:rsid w:val="00794F5B"/>
    <w:rsid w:val="007B22A1"/>
    <w:rsid w:val="007C1D16"/>
    <w:rsid w:val="007C410D"/>
    <w:rsid w:val="007E4C4C"/>
    <w:rsid w:val="008014A9"/>
    <w:rsid w:val="00804DFC"/>
    <w:rsid w:val="00832AF8"/>
    <w:rsid w:val="00842236"/>
    <w:rsid w:val="00846223"/>
    <w:rsid w:val="00856993"/>
    <w:rsid w:val="00857428"/>
    <w:rsid w:val="0088720D"/>
    <w:rsid w:val="00893417"/>
    <w:rsid w:val="00897FCA"/>
    <w:rsid w:val="008A18CE"/>
    <w:rsid w:val="008A1E94"/>
    <w:rsid w:val="008A61F6"/>
    <w:rsid w:val="008C46C2"/>
    <w:rsid w:val="008E7443"/>
    <w:rsid w:val="00910845"/>
    <w:rsid w:val="00920653"/>
    <w:rsid w:val="00920921"/>
    <w:rsid w:val="0092269C"/>
    <w:rsid w:val="009734C9"/>
    <w:rsid w:val="009A1287"/>
    <w:rsid w:val="009A6088"/>
    <w:rsid w:val="009E00A1"/>
    <w:rsid w:val="009E2DD4"/>
    <w:rsid w:val="009F2ED2"/>
    <w:rsid w:val="00A26167"/>
    <w:rsid w:val="00A26B80"/>
    <w:rsid w:val="00A308E1"/>
    <w:rsid w:val="00A33D12"/>
    <w:rsid w:val="00A4433A"/>
    <w:rsid w:val="00A55565"/>
    <w:rsid w:val="00A56012"/>
    <w:rsid w:val="00A932AE"/>
    <w:rsid w:val="00AA10EE"/>
    <w:rsid w:val="00AA1B7F"/>
    <w:rsid w:val="00AA1D8D"/>
    <w:rsid w:val="00AA7660"/>
    <w:rsid w:val="00AC0303"/>
    <w:rsid w:val="00AC03D4"/>
    <w:rsid w:val="00AD4164"/>
    <w:rsid w:val="00AD6EAF"/>
    <w:rsid w:val="00AE4179"/>
    <w:rsid w:val="00B40F91"/>
    <w:rsid w:val="00B41749"/>
    <w:rsid w:val="00B47730"/>
    <w:rsid w:val="00B57BC7"/>
    <w:rsid w:val="00B75FC6"/>
    <w:rsid w:val="00B9252F"/>
    <w:rsid w:val="00BE3E0A"/>
    <w:rsid w:val="00BF3961"/>
    <w:rsid w:val="00C0162F"/>
    <w:rsid w:val="00C33054"/>
    <w:rsid w:val="00C44C35"/>
    <w:rsid w:val="00C725BF"/>
    <w:rsid w:val="00C958C7"/>
    <w:rsid w:val="00CB02AC"/>
    <w:rsid w:val="00CB0664"/>
    <w:rsid w:val="00CB0B1E"/>
    <w:rsid w:val="00CB604D"/>
    <w:rsid w:val="00CC20FC"/>
    <w:rsid w:val="00CE6261"/>
    <w:rsid w:val="00CF4983"/>
    <w:rsid w:val="00D25623"/>
    <w:rsid w:val="00D268C8"/>
    <w:rsid w:val="00D41C0F"/>
    <w:rsid w:val="00D53CCA"/>
    <w:rsid w:val="00D914B6"/>
    <w:rsid w:val="00D92F47"/>
    <w:rsid w:val="00D95C29"/>
    <w:rsid w:val="00DA3ECC"/>
    <w:rsid w:val="00DB683F"/>
    <w:rsid w:val="00DC0049"/>
    <w:rsid w:val="00DC33EC"/>
    <w:rsid w:val="00DE756B"/>
    <w:rsid w:val="00DF120D"/>
    <w:rsid w:val="00E0662F"/>
    <w:rsid w:val="00E07ACE"/>
    <w:rsid w:val="00E100F4"/>
    <w:rsid w:val="00E51143"/>
    <w:rsid w:val="00E53465"/>
    <w:rsid w:val="00E62DC1"/>
    <w:rsid w:val="00E80BC4"/>
    <w:rsid w:val="00E93920"/>
    <w:rsid w:val="00E97EF0"/>
    <w:rsid w:val="00EA497F"/>
    <w:rsid w:val="00ED1A3F"/>
    <w:rsid w:val="00ED1F28"/>
    <w:rsid w:val="00ED7947"/>
    <w:rsid w:val="00EE17C6"/>
    <w:rsid w:val="00EE36E8"/>
    <w:rsid w:val="00EE4C33"/>
    <w:rsid w:val="00EE6D22"/>
    <w:rsid w:val="00F02BCC"/>
    <w:rsid w:val="00F13281"/>
    <w:rsid w:val="00F23953"/>
    <w:rsid w:val="00F34B23"/>
    <w:rsid w:val="00F51A29"/>
    <w:rsid w:val="00F531CA"/>
    <w:rsid w:val="00F629A9"/>
    <w:rsid w:val="00F635ED"/>
    <w:rsid w:val="00F666E9"/>
    <w:rsid w:val="00F73225"/>
    <w:rsid w:val="00F75846"/>
    <w:rsid w:val="00FB0C05"/>
    <w:rsid w:val="00FC6139"/>
    <w:rsid w:val="00FC693F"/>
    <w:rsid w:val="00FE60FB"/>
    <w:rsid w:val="00FF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C75FCC"/>
  <w14:defaultImageDpi w14:val="300"/>
  <w15:docId w15:val="{36E4C3E1-CC17-4DFE-84DD-1CCDEC02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45250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Helmut</cp:lastModifiedBy>
  <cp:revision>140</cp:revision>
  <cp:lastPrinted>2026-07-15T09:50:00Z</cp:lastPrinted>
  <dcterms:created xsi:type="dcterms:W3CDTF">2013-12-23T23:15:00Z</dcterms:created>
  <dcterms:modified xsi:type="dcterms:W3CDTF">2026-10-05T08:09:00Z</dcterms:modified>
  <cp:category/>
</cp:coreProperties>
</file>