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4F3D8" w14:textId="77777777" w:rsidR="00A308E1" w:rsidRDefault="00000000" w:rsidP="00D41C0F">
      <w:r>
        <w:rPr>
          <w:rFonts w:ascii="Montserrat" w:hAnsi="Montserrat"/>
          <w:b/>
          <w:sz w:val="40"/>
        </w:rPr>
        <w:t>HELMUT LUNCH</w:t>
      </w:r>
    </w:p>
    <w:p w14:paraId="038AB756" w14:textId="4B97146F" w:rsidR="00B57BC7" w:rsidRDefault="00B57BC7" w:rsidP="007E4C4C">
      <w:pPr>
        <w:spacing w:after="0"/>
      </w:pPr>
      <w:r>
        <w:rPr>
          <w:rFonts w:ascii="Montserrat" w:hAnsi="Montserrat"/>
          <w:b/>
          <w:sz w:val="24"/>
        </w:rPr>
        <w:t>FRITTI</w:t>
      </w:r>
    </w:p>
    <w:p w14:paraId="7BA80773" w14:textId="77777777" w:rsidR="00B57BC7" w:rsidRDefault="00B57BC7" w:rsidP="003F5448">
      <w:pPr>
        <w:spacing w:after="0"/>
      </w:pPr>
      <w:r>
        <w:t>────────────────────────────</w:t>
      </w:r>
    </w:p>
    <w:p w14:paraId="625DC89E" w14:textId="4694DCF1" w:rsidR="00A308E1" w:rsidRPr="008014A9" w:rsidRDefault="00000000" w:rsidP="0053426D">
      <w:pPr>
        <w:spacing w:after="0"/>
      </w:pPr>
      <w:r w:rsidRPr="008014A9">
        <w:rPr>
          <w:b/>
        </w:rPr>
        <w:t>PATATE STICK RUSTICHE ........ 5.00</w:t>
      </w:r>
    </w:p>
    <w:p w14:paraId="426FD899" w14:textId="77777777" w:rsidR="00D41C0F" w:rsidRDefault="00000000" w:rsidP="007007D1">
      <w:pPr>
        <w:spacing w:after="120"/>
        <w:rPr>
          <w:sz w:val="18"/>
        </w:rPr>
      </w:pPr>
      <w:r>
        <w:rPr>
          <w:sz w:val="18"/>
        </w:rPr>
        <w:t xml:space="preserve">Con la </w:t>
      </w:r>
      <w:proofErr w:type="spellStart"/>
      <w:r>
        <w:rPr>
          <w:sz w:val="18"/>
        </w:rPr>
        <w:t>buccia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servite</w:t>
      </w:r>
      <w:proofErr w:type="spellEnd"/>
      <w:r>
        <w:rPr>
          <w:sz w:val="18"/>
        </w:rPr>
        <w:t xml:space="preserve"> con ketchup</w:t>
      </w:r>
    </w:p>
    <w:p w14:paraId="7E88D755" w14:textId="7F3EB547" w:rsidR="00C33054" w:rsidRPr="008014A9" w:rsidRDefault="007C410D" w:rsidP="00C33054">
      <w:pPr>
        <w:spacing w:after="0"/>
        <w:rPr>
          <w:bCs/>
          <w:lang w:val="it-IT"/>
        </w:rPr>
      </w:pPr>
      <w:r>
        <w:rPr>
          <w:b/>
        </w:rPr>
        <w:t>GNOCCHI FRITTI</w:t>
      </w:r>
      <w:r w:rsidR="00C33054" w:rsidRPr="008014A9">
        <w:rPr>
          <w:b/>
        </w:rPr>
        <w:t>........ 6.</w:t>
      </w:r>
      <w:r>
        <w:rPr>
          <w:b/>
        </w:rPr>
        <w:t>50</w:t>
      </w:r>
    </w:p>
    <w:p w14:paraId="678FAA42" w14:textId="429DFAB3" w:rsidR="007007D1" w:rsidRDefault="007007D1" w:rsidP="007007D1">
      <w:pPr>
        <w:spacing w:after="120"/>
        <w:rPr>
          <w:b/>
          <w:sz w:val="20"/>
        </w:rPr>
      </w:pPr>
      <w:proofErr w:type="spellStart"/>
      <w:r>
        <w:rPr>
          <w:sz w:val="18"/>
        </w:rPr>
        <w:t>Servit</w:t>
      </w:r>
      <w:r w:rsidR="007C410D">
        <w:rPr>
          <w:sz w:val="18"/>
        </w:rPr>
        <w:t>i</w:t>
      </w:r>
      <w:proofErr w:type="spellEnd"/>
      <w:r w:rsidR="007C410D">
        <w:rPr>
          <w:sz w:val="18"/>
        </w:rPr>
        <w:t xml:space="preserve"> con </w:t>
      </w:r>
      <w:r w:rsidR="00D25623">
        <w:rPr>
          <w:sz w:val="18"/>
        </w:rPr>
        <w:t xml:space="preserve">salsa </w:t>
      </w:r>
      <w:proofErr w:type="spellStart"/>
      <w:r w:rsidR="00D25623">
        <w:rPr>
          <w:sz w:val="18"/>
        </w:rPr>
        <w:t>tzatziky</w:t>
      </w:r>
      <w:proofErr w:type="spellEnd"/>
    </w:p>
    <w:p w14:paraId="10BCBCAA" w14:textId="7AC4B639" w:rsidR="00D41C0F" w:rsidRPr="008014A9" w:rsidRDefault="00AE4179" w:rsidP="00C33054">
      <w:pPr>
        <w:spacing w:after="0"/>
      </w:pPr>
      <w:r w:rsidRPr="008014A9">
        <w:rPr>
          <w:b/>
        </w:rPr>
        <w:t>PEPITE DI POLLO</w:t>
      </w:r>
      <w:r w:rsidR="00D41C0F" w:rsidRPr="008014A9">
        <w:rPr>
          <w:b/>
        </w:rPr>
        <w:t xml:space="preserve"> ........ </w:t>
      </w:r>
      <w:r w:rsidRPr="008014A9">
        <w:rPr>
          <w:b/>
        </w:rPr>
        <w:t>7.00</w:t>
      </w:r>
    </w:p>
    <w:p w14:paraId="4392D0D7" w14:textId="77777777" w:rsidR="00AE4179" w:rsidRPr="00AE4179" w:rsidRDefault="00AE4179" w:rsidP="00AE4179">
      <w:pPr>
        <w:spacing w:after="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 xml:space="preserve">Croccanti pepite di pollo panate nel </w:t>
      </w:r>
      <w:proofErr w:type="spellStart"/>
      <w:r w:rsidRPr="00AE4179">
        <w:rPr>
          <w:bCs/>
          <w:sz w:val="20"/>
          <w:lang w:val="it-IT"/>
        </w:rPr>
        <w:t>panko</w:t>
      </w:r>
      <w:proofErr w:type="spellEnd"/>
      <w:r w:rsidRPr="00AE4179">
        <w:rPr>
          <w:bCs/>
          <w:sz w:val="20"/>
          <w:lang w:val="it-IT"/>
        </w:rPr>
        <w:t xml:space="preserve"> servite</w:t>
      </w:r>
    </w:p>
    <w:p w14:paraId="775C2840" w14:textId="25DF2054" w:rsidR="007E4C4C" w:rsidRDefault="00AE4179" w:rsidP="00DF120D">
      <w:pPr>
        <w:spacing w:after="360"/>
        <w:rPr>
          <w:bCs/>
          <w:sz w:val="20"/>
          <w:lang w:val="it-IT"/>
        </w:rPr>
      </w:pPr>
      <w:r w:rsidRPr="00AE4179">
        <w:rPr>
          <w:bCs/>
          <w:sz w:val="20"/>
          <w:lang w:val="it-IT"/>
        </w:rPr>
        <w:t xml:space="preserve">con </w:t>
      </w:r>
      <w:r w:rsidR="00532C04">
        <w:rPr>
          <w:bCs/>
          <w:sz w:val="20"/>
          <w:lang w:val="it-IT"/>
        </w:rPr>
        <w:t>salsa Helmut</w:t>
      </w:r>
    </w:p>
    <w:p w14:paraId="16698969" w14:textId="41C9D77A" w:rsidR="00A308E1" w:rsidRPr="007E4C4C" w:rsidRDefault="00000000" w:rsidP="007E4C4C">
      <w:pPr>
        <w:spacing w:after="0"/>
        <w:rPr>
          <w:bCs/>
          <w:sz w:val="20"/>
          <w:lang w:val="it-IT"/>
        </w:rPr>
      </w:pPr>
      <w:r>
        <w:rPr>
          <w:rFonts w:ascii="Montserrat" w:hAnsi="Montserrat"/>
          <w:b/>
          <w:sz w:val="24"/>
        </w:rPr>
        <w:t>PRIMI PIATTI</w:t>
      </w:r>
    </w:p>
    <w:p w14:paraId="69C9303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664AF110" w14:textId="77777777" w:rsidR="00A308E1" w:rsidRDefault="00000000">
      <w:r w:rsidRPr="008014A9">
        <w:rPr>
          <w:b/>
          <w:bCs/>
        </w:rPr>
        <w:t>10 euro</w:t>
      </w:r>
      <w:r>
        <w:t xml:space="preserve"> con </w:t>
      </w:r>
      <w:proofErr w:type="spellStart"/>
      <w:r>
        <w:t>acqua</w:t>
      </w:r>
      <w:proofErr w:type="spellEnd"/>
      <w:r>
        <w:t xml:space="preserve">, caffè e </w:t>
      </w:r>
      <w:proofErr w:type="spellStart"/>
      <w:r>
        <w:t>coperto</w:t>
      </w:r>
      <w:proofErr w:type="spellEnd"/>
      <w:r>
        <w:t xml:space="preserve"> </w:t>
      </w:r>
      <w:proofErr w:type="spellStart"/>
      <w:r>
        <w:t>inclusi</w:t>
      </w:r>
      <w:proofErr w:type="spellEnd"/>
    </w:p>
    <w:p w14:paraId="6809FEC7" w14:textId="68F99A37" w:rsidR="00E100F4" w:rsidRPr="008014A9" w:rsidRDefault="003803BA" w:rsidP="006D6C54">
      <w:pPr>
        <w:spacing w:after="0"/>
        <w:rPr>
          <w:b/>
        </w:rPr>
      </w:pPr>
      <w:r>
        <w:rPr>
          <w:b/>
        </w:rPr>
        <w:t xml:space="preserve">INSALATA TIEPIDA DI </w:t>
      </w:r>
      <w:r w:rsidR="00D25623">
        <w:rPr>
          <w:b/>
        </w:rPr>
        <w:t>FARRO E CECI</w:t>
      </w:r>
    </w:p>
    <w:p w14:paraId="290E2F57" w14:textId="19BFFB17" w:rsidR="006D6C54" w:rsidRPr="006D6C54" w:rsidRDefault="006D6C54" w:rsidP="00E100F4">
      <w:pPr>
        <w:spacing w:after="120"/>
        <w:rPr>
          <w:bCs/>
          <w:sz w:val="18"/>
          <w:szCs w:val="18"/>
        </w:rPr>
      </w:pPr>
      <w:r>
        <w:rPr>
          <w:bCs/>
          <w:sz w:val="18"/>
          <w:szCs w:val="18"/>
        </w:rPr>
        <w:t>Sevit</w:t>
      </w:r>
      <w:r w:rsidR="004F2695">
        <w:rPr>
          <w:bCs/>
          <w:sz w:val="18"/>
          <w:szCs w:val="18"/>
        </w:rPr>
        <w:t>a c</w:t>
      </w:r>
      <w:r w:rsidR="00D25623">
        <w:rPr>
          <w:bCs/>
          <w:sz w:val="18"/>
          <w:szCs w:val="18"/>
        </w:rPr>
        <w:t xml:space="preserve">on pesto alla </w:t>
      </w:r>
      <w:proofErr w:type="spellStart"/>
      <w:r w:rsidR="00D25623">
        <w:rPr>
          <w:bCs/>
          <w:sz w:val="18"/>
          <w:szCs w:val="18"/>
        </w:rPr>
        <w:t>mediterranea</w:t>
      </w:r>
      <w:proofErr w:type="spellEnd"/>
      <w:r w:rsidR="00D25623">
        <w:rPr>
          <w:bCs/>
          <w:sz w:val="18"/>
          <w:szCs w:val="18"/>
        </w:rPr>
        <w:t xml:space="preserve">, feta </w:t>
      </w:r>
      <w:proofErr w:type="spellStart"/>
      <w:r w:rsidR="00D25623">
        <w:rPr>
          <w:bCs/>
          <w:sz w:val="18"/>
          <w:szCs w:val="18"/>
        </w:rPr>
        <w:t>greca</w:t>
      </w:r>
      <w:proofErr w:type="spellEnd"/>
      <w:r w:rsidR="00D25623">
        <w:rPr>
          <w:bCs/>
          <w:sz w:val="18"/>
          <w:szCs w:val="18"/>
        </w:rPr>
        <w:t xml:space="preserve"> e rucola.</w:t>
      </w:r>
    </w:p>
    <w:p w14:paraId="4B389044" w14:textId="0FFB7EB2" w:rsidR="00E100F4" w:rsidRDefault="003803BA" w:rsidP="006E6031">
      <w:pPr>
        <w:spacing w:after="0"/>
        <w:rPr>
          <w:b/>
        </w:rPr>
      </w:pPr>
      <w:r>
        <w:rPr>
          <w:b/>
        </w:rPr>
        <w:t>SPAGHETTI</w:t>
      </w:r>
      <w:r w:rsidR="006E6031">
        <w:rPr>
          <w:b/>
        </w:rPr>
        <w:t xml:space="preserve"> AL C</w:t>
      </w:r>
      <w:r w:rsidR="00D25623">
        <w:rPr>
          <w:b/>
        </w:rPr>
        <w:t>OCCO</w:t>
      </w:r>
      <w:r w:rsidR="006E6031">
        <w:rPr>
          <w:b/>
        </w:rPr>
        <w:t>, GAMBERI E ZAFFERANO</w:t>
      </w:r>
    </w:p>
    <w:p w14:paraId="7085AE95" w14:textId="20358FFA" w:rsidR="006E6031" w:rsidRPr="006E6031" w:rsidRDefault="006E6031" w:rsidP="006D6C54">
      <w:pPr>
        <w:spacing w:after="120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Serviti</w:t>
      </w:r>
      <w:proofErr w:type="spellEnd"/>
      <w:r>
        <w:rPr>
          <w:bCs/>
          <w:sz w:val="18"/>
          <w:szCs w:val="18"/>
        </w:rPr>
        <w:t xml:space="preserve"> con </w:t>
      </w:r>
      <w:proofErr w:type="spellStart"/>
      <w:r>
        <w:rPr>
          <w:bCs/>
          <w:sz w:val="18"/>
          <w:szCs w:val="18"/>
        </w:rPr>
        <w:t>mandorle</w:t>
      </w:r>
      <w:proofErr w:type="spellEnd"/>
      <w:r>
        <w:rPr>
          <w:bCs/>
          <w:sz w:val="18"/>
          <w:szCs w:val="18"/>
        </w:rPr>
        <w:t xml:space="preserve"> e</w:t>
      </w:r>
      <w:r w:rsidR="00D25623">
        <w:rPr>
          <w:bCs/>
          <w:sz w:val="18"/>
          <w:szCs w:val="18"/>
        </w:rPr>
        <w:t xml:space="preserve">d </w:t>
      </w:r>
      <w:proofErr w:type="spellStart"/>
      <w:r w:rsidR="00D25623">
        <w:rPr>
          <w:bCs/>
          <w:sz w:val="18"/>
          <w:szCs w:val="18"/>
        </w:rPr>
        <w:t>erba</w:t>
      </w:r>
      <w:proofErr w:type="spellEnd"/>
      <w:r w:rsidR="00D25623">
        <w:rPr>
          <w:bCs/>
          <w:sz w:val="18"/>
          <w:szCs w:val="18"/>
        </w:rPr>
        <w:t xml:space="preserve"> </w:t>
      </w:r>
      <w:proofErr w:type="spellStart"/>
      <w:r w:rsidR="00D25623">
        <w:rPr>
          <w:bCs/>
          <w:sz w:val="18"/>
          <w:szCs w:val="18"/>
        </w:rPr>
        <w:t>cipollina</w:t>
      </w:r>
      <w:proofErr w:type="spellEnd"/>
    </w:p>
    <w:p w14:paraId="6C18580A" w14:textId="1D694B0B" w:rsidR="006D6C54" w:rsidRPr="008014A9" w:rsidRDefault="006D6C54" w:rsidP="006D6C54">
      <w:pPr>
        <w:spacing w:after="0"/>
        <w:rPr>
          <w:b/>
        </w:rPr>
      </w:pPr>
      <w:r w:rsidRPr="008014A9">
        <w:rPr>
          <w:b/>
        </w:rPr>
        <w:t xml:space="preserve">WOK DI </w:t>
      </w:r>
      <w:r w:rsidR="00514D25" w:rsidRPr="008014A9">
        <w:rPr>
          <w:b/>
        </w:rPr>
        <w:t>VERDURE E</w:t>
      </w:r>
      <w:r w:rsidR="006E6031">
        <w:rPr>
          <w:b/>
        </w:rPr>
        <w:t xml:space="preserve"> RISO</w:t>
      </w:r>
    </w:p>
    <w:p w14:paraId="2D29F97F" w14:textId="6FF16171" w:rsidR="00E100F4" w:rsidRPr="006D6C54" w:rsidRDefault="00514D25" w:rsidP="00E100F4">
      <w:pPr>
        <w:spacing w:after="120"/>
        <w:rPr>
          <w:b/>
          <w:sz w:val="20"/>
        </w:rPr>
      </w:pPr>
      <w:proofErr w:type="spellStart"/>
      <w:r>
        <w:rPr>
          <w:bCs/>
          <w:sz w:val="20"/>
        </w:rPr>
        <w:t>Servito</w:t>
      </w:r>
      <w:proofErr w:type="spellEnd"/>
      <w:r>
        <w:rPr>
          <w:bCs/>
          <w:sz w:val="20"/>
        </w:rPr>
        <w:t xml:space="preserve"> con </w:t>
      </w:r>
      <w:r w:rsidR="006D6C54">
        <w:rPr>
          <w:bCs/>
          <w:sz w:val="20"/>
        </w:rPr>
        <w:t xml:space="preserve">salsa </w:t>
      </w:r>
      <w:r w:rsidR="00D25623">
        <w:rPr>
          <w:bCs/>
          <w:sz w:val="20"/>
        </w:rPr>
        <w:t>Satay</w:t>
      </w:r>
    </w:p>
    <w:p w14:paraId="7058E98D" w14:textId="3FA4E7D4" w:rsidR="00F75846" w:rsidRPr="008014A9" w:rsidRDefault="006E6031" w:rsidP="006E6031">
      <w:pPr>
        <w:spacing w:after="120"/>
        <w:rPr>
          <w:b/>
          <w:bCs/>
          <w:lang w:val="it-IT"/>
        </w:rPr>
      </w:pPr>
      <w:r>
        <w:rPr>
          <w:b/>
          <w:bCs/>
          <w:lang w:val="it-IT"/>
        </w:rPr>
        <w:t>M</w:t>
      </w:r>
      <w:r w:rsidR="00D25623">
        <w:rPr>
          <w:b/>
          <w:bCs/>
          <w:lang w:val="it-IT"/>
        </w:rPr>
        <w:t>EZZE PENNE ALLA GRICIA</w:t>
      </w:r>
    </w:p>
    <w:p w14:paraId="6B90A56B" w14:textId="09D14011" w:rsidR="00514D25" w:rsidRPr="00514D25" w:rsidRDefault="00514D25" w:rsidP="00514D25">
      <w:pPr>
        <w:spacing w:after="0"/>
        <w:rPr>
          <w:sz w:val="18"/>
          <w:szCs w:val="18"/>
          <w:lang w:val="it-IT"/>
        </w:rPr>
      </w:pPr>
    </w:p>
    <w:p w14:paraId="02C704BA" w14:textId="77777777" w:rsidR="00A308E1" w:rsidRDefault="00000000" w:rsidP="00690D8C">
      <w:pPr>
        <w:spacing w:after="0"/>
      </w:pPr>
      <w:r>
        <w:rPr>
          <w:rFonts w:ascii="Montserrat" w:hAnsi="Montserrat"/>
          <w:b/>
          <w:sz w:val="24"/>
        </w:rPr>
        <w:t>SECONDI PIATTI E INSALATONE</w:t>
      </w:r>
    </w:p>
    <w:p w14:paraId="3CD4AEE2" w14:textId="744513FB" w:rsidR="001C13F6" w:rsidRPr="001A7F7A" w:rsidRDefault="00000000" w:rsidP="003F5448">
      <w:pPr>
        <w:spacing w:after="0"/>
      </w:pPr>
      <w:r>
        <w:t>────────────────────────────</w:t>
      </w:r>
    </w:p>
    <w:p w14:paraId="6A452450" w14:textId="77777777" w:rsidR="00920921" w:rsidRDefault="00920921" w:rsidP="00532C04">
      <w:pPr>
        <w:spacing w:after="0"/>
        <w:rPr>
          <w:b/>
        </w:rPr>
      </w:pPr>
    </w:p>
    <w:p w14:paraId="7626BE04" w14:textId="3FB5B068" w:rsidR="00E97EF0" w:rsidRPr="008014A9" w:rsidRDefault="00D25623" w:rsidP="00532C04">
      <w:pPr>
        <w:spacing w:after="0"/>
        <w:rPr>
          <w:b/>
        </w:rPr>
      </w:pPr>
      <w:r>
        <w:rPr>
          <w:b/>
        </w:rPr>
        <w:t>COSCIA D’ANATRA</w:t>
      </w:r>
      <w:r w:rsidR="00EA497F" w:rsidRPr="008014A9">
        <w:rPr>
          <w:b/>
        </w:rPr>
        <w:t xml:space="preserve"> </w:t>
      </w:r>
      <w:r>
        <w:rPr>
          <w:b/>
        </w:rPr>
        <w:t>CONFIT</w:t>
      </w:r>
      <w:r w:rsidR="00E97EF0" w:rsidRPr="008014A9">
        <w:rPr>
          <w:b/>
        </w:rPr>
        <w:t xml:space="preserve">....... </w:t>
      </w:r>
      <w:r w:rsidR="00A33D12" w:rsidRPr="008014A9">
        <w:rPr>
          <w:b/>
        </w:rPr>
        <w:t>1</w:t>
      </w:r>
      <w:r w:rsidR="00532C04" w:rsidRPr="008014A9">
        <w:rPr>
          <w:b/>
        </w:rPr>
        <w:t>4</w:t>
      </w:r>
      <w:r w:rsidR="00E97EF0" w:rsidRPr="008014A9">
        <w:rPr>
          <w:b/>
        </w:rPr>
        <w:t>.50</w:t>
      </w:r>
    </w:p>
    <w:p w14:paraId="7842E7EE" w14:textId="6F4293E3" w:rsidR="00532C04" w:rsidRPr="00532C04" w:rsidRDefault="00532C04" w:rsidP="00AC0303">
      <w:pPr>
        <w:spacing w:after="120"/>
        <w:rPr>
          <w:bCs/>
          <w:sz w:val="18"/>
          <w:szCs w:val="18"/>
        </w:rPr>
      </w:pPr>
      <w:proofErr w:type="spellStart"/>
      <w:r>
        <w:rPr>
          <w:bCs/>
          <w:sz w:val="18"/>
          <w:szCs w:val="18"/>
        </w:rPr>
        <w:t>Servit</w:t>
      </w:r>
      <w:r w:rsidR="00D25623">
        <w:rPr>
          <w:bCs/>
          <w:sz w:val="18"/>
          <w:szCs w:val="18"/>
        </w:rPr>
        <w:t>a</w:t>
      </w:r>
      <w:proofErr w:type="spellEnd"/>
      <w:r w:rsidR="00D25623">
        <w:rPr>
          <w:bCs/>
          <w:sz w:val="18"/>
          <w:szCs w:val="18"/>
        </w:rPr>
        <w:t xml:space="preserve"> con fagioli Azuki in </w:t>
      </w:r>
      <w:proofErr w:type="spellStart"/>
      <w:r w:rsidR="00D25623">
        <w:rPr>
          <w:bCs/>
          <w:sz w:val="18"/>
          <w:szCs w:val="18"/>
        </w:rPr>
        <w:t>tecia</w:t>
      </w:r>
      <w:proofErr w:type="spellEnd"/>
    </w:p>
    <w:p w14:paraId="5AE1AB48" w14:textId="5C7265D8" w:rsidR="00F75846" w:rsidRPr="008014A9" w:rsidRDefault="00CB604D" w:rsidP="00F75846">
      <w:pPr>
        <w:spacing w:after="0"/>
        <w:rPr>
          <w:b/>
        </w:rPr>
      </w:pPr>
      <w:r w:rsidRPr="008014A9">
        <w:rPr>
          <w:b/>
        </w:rPr>
        <w:t>HUMMUS DI CECI</w:t>
      </w:r>
      <w:r w:rsidR="00F75846" w:rsidRPr="008014A9">
        <w:rPr>
          <w:b/>
        </w:rPr>
        <w:t>....... 1</w:t>
      </w:r>
      <w:r w:rsidR="006D6C54" w:rsidRPr="008014A9">
        <w:rPr>
          <w:b/>
        </w:rPr>
        <w:t>0</w:t>
      </w:r>
      <w:r w:rsidR="00F75846" w:rsidRPr="008014A9">
        <w:rPr>
          <w:b/>
        </w:rPr>
        <w:t xml:space="preserve">.50  </w:t>
      </w:r>
    </w:p>
    <w:p w14:paraId="657E8131" w14:textId="7D81A2A8" w:rsidR="00CB604D" w:rsidRPr="00CB604D" w:rsidRDefault="00CB604D" w:rsidP="00857428">
      <w:pPr>
        <w:spacing w:after="120"/>
        <w:rPr>
          <w:sz w:val="18"/>
          <w:szCs w:val="18"/>
          <w:lang w:val="it-IT"/>
        </w:rPr>
      </w:pPr>
      <w:r w:rsidRPr="00CB604D">
        <w:rPr>
          <w:sz w:val="18"/>
          <w:szCs w:val="18"/>
          <w:lang w:val="it-IT"/>
        </w:rPr>
        <w:t>servito con wok di verdure di verdure</w:t>
      </w:r>
      <w:r>
        <w:rPr>
          <w:sz w:val="18"/>
          <w:szCs w:val="18"/>
          <w:lang w:val="it-IT"/>
        </w:rPr>
        <w:t>,</w:t>
      </w:r>
      <w:r w:rsidR="00F51A29">
        <w:rPr>
          <w:sz w:val="18"/>
          <w:szCs w:val="18"/>
          <w:lang w:val="it-IT"/>
        </w:rPr>
        <w:t xml:space="preserve"> nocciole,</w:t>
      </w:r>
      <w:r w:rsidRPr="00CB604D">
        <w:rPr>
          <w:sz w:val="18"/>
          <w:szCs w:val="18"/>
          <w:lang w:val="it-IT"/>
        </w:rPr>
        <w:t xml:space="preserve"> salsa </w:t>
      </w:r>
      <w:proofErr w:type="spellStart"/>
      <w:r w:rsidRPr="00CB604D">
        <w:rPr>
          <w:sz w:val="18"/>
          <w:szCs w:val="18"/>
          <w:lang w:val="it-IT"/>
        </w:rPr>
        <w:t>satay</w:t>
      </w:r>
      <w:proofErr w:type="spellEnd"/>
      <w:r w:rsidRPr="00CB604D">
        <w:rPr>
          <w:sz w:val="18"/>
          <w:szCs w:val="18"/>
          <w:lang w:val="it-IT"/>
        </w:rPr>
        <w:t>, sesamo tostato</w:t>
      </w:r>
      <w:r w:rsidR="006D6C54">
        <w:rPr>
          <w:sz w:val="18"/>
          <w:szCs w:val="18"/>
          <w:lang w:val="it-IT"/>
        </w:rPr>
        <w:t xml:space="preserve"> </w:t>
      </w:r>
      <w:r w:rsidRPr="00CB604D">
        <w:rPr>
          <w:sz w:val="18"/>
          <w:szCs w:val="18"/>
          <w:lang w:val="it-IT"/>
        </w:rPr>
        <w:t>e olio al prezzemolo. Accompagnato da pita vegana fatta in casa</w:t>
      </w:r>
    </w:p>
    <w:p w14:paraId="76408178" w14:textId="63577A30" w:rsidR="00E07ACE" w:rsidRPr="008014A9" w:rsidRDefault="00514D25" w:rsidP="00E07ACE">
      <w:pPr>
        <w:spacing w:after="0"/>
      </w:pPr>
      <w:r w:rsidRPr="008014A9">
        <w:rPr>
          <w:b/>
        </w:rPr>
        <w:t>POLLO AL CURRY</w:t>
      </w:r>
      <w:r w:rsidR="00E07ACE" w:rsidRPr="008014A9">
        <w:rPr>
          <w:b/>
        </w:rPr>
        <w:t>........ 1</w:t>
      </w:r>
      <w:r w:rsidRPr="008014A9">
        <w:rPr>
          <w:b/>
        </w:rPr>
        <w:t>2</w:t>
      </w:r>
      <w:r w:rsidR="00E07ACE" w:rsidRPr="008014A9">
        <w:rPr>
          <w:b/>
        </w:rPr>
        <w:t>.50</w:t>
      </w:r>
    </w:p>
    <w:p w14:paraId="143E9EF1" w14:textId="295803BE" w:rsidR="00A33D12" w:rsidRDefault="004F2695" w:rsidP="00140AA4">
      <w:pPr>
        <w:spacing w:after="120"/>
        <w:rPr>
          <w:sz w:val="18"/>
        </w:rPr>
      </w:pPr>
      <w:proofErr w:type="spellStart"/>
      <w:r>
        <w:rPr>
          <w:sz w:val="18"/>
        </w:rPr>
        <w:t>Servit</w:t>
      </w:r>
      <w:r w:rsidR="00514D25">
        <w:rPr>
          <w:sz w:val="18"/>
        </w:rPr>
        <w:t>o</w:t>
      </w:r>
      <w:proofErr w:type="spellEnd"/>
      <w:r w:rsidR="00514D25">
        <w:rPr>
          <w:sz w:val="18"/>
        </w:rPr>
        <w:t xml:space="preserve"> con Pak-Choi e </w:t>
      </w:r>
      <w:proofErr w:type="spellStart"/>
      <w:r w:rsidR="00514D25">
        <w:rPr>
          <w:sz w:val="18"/>
        </w:rPr>
        <w:t>riso</w:t>
      </w:r>
      <w:proofErr w:type="spellEnd"/>
      <w:r w:rsidR="00514D25">
        <w:rPr>
          <w:sz w:val="18"/>
        </w:rPr>
        <w:t xml:space="preserve"> al </w:t>
      </w:r>
      <w:proofErr w:type="spellStart"/>
      <w:r w:rsidR="00514D25">
        <w:rPr>
          <w:sz w:val="18"/>
        </w:rPr>
        <w:t>vapore</w:t>
      </w:r>
      <w:proofErr w:type="spellEnd"/>
    </w:p>
    <w:p w14:paraId="2E5F1865" w14:textId="054E3BBE" w:rsidR="00920921" w:rsidRPr="008014A9" w:rsidRDefault="00ED7947" w:rsidP="00920921">
      <w:pPr>
        <w:spacing w:after="0"/>
      </w:pPr>
      <w:r>
        <w:rPr>
          <w:b/>
        </w:rPr>
        <w:t>CALAMARI</w:t>
      </w:r>
      <w:r w:rsidR="00920921">
        <w:rPr>
          <w:b/>
        </w:rPr>
        <w:t xml:space="preserve"> PIASTRATI</w:t>
      </w:r>
      <w:r w:rsidR="00920921" w:rsidRPr="008014A9">
        <w:rPr>
          <w:b/>
        </w:rPr>
        <w:t>........ 12.50</w:t>
      </w:r>
    </w:p>
    <w:p w14:paraId="11379B35" w14:textId="0B740504" w:rsidR="00920921" w:rsidRDefault="00920921" w:rsidP="00920921">
      <w:pPr>
        <w:spacing w:after="120"/>
        <w:rPr>
          <w:sz w:val="18"/>
        </w:rPr>
      </w:pPr>
      <w:proofErr w:type="spellStart"/>
      <w:r>
        <w:rPr>
          <w:sz w:val="18"/>
        </w:rPr>
        <w:t>Serviti</w:t>
      </w:r>
      <w:proofErr w:type="spellEnd"/>
      <w:r>
        <w:rPr>
          <w:sz w:val="18"/>
        </w:rPr>
        <w:t xml:space="preserve"> con </w:t>
      </w:r>
      <w:proofErr w:type="spellStart"/>
      <w:r w:rsidR="00D25623">
        <w:rPr>
          <w:sz w:val="18"/>
        </w:rPr>
        <w:t>insalatina</w:t>
      </w:r>
      <w:proofErr w:type="spellEnd"/>
      <w:r w:rsidR="00D25623">
        <w:rPr>
          <w:sz w:val="18"/>
        </w:rPr>
        <w:t xml:space="preserve"> </w:t>
      </w:r>
      <w:proofErr w:type="spellStart"/>
      <w:r w:rsidR="00D25623">
        <w:rPr>
          <w:sz w:val="18"/>
        </w:rPr>
        <w:t>mista</w:t>
      </w:r>
      <w:proofErr w:type="spellEnd"/>
    </w:p>
    <w:p w14:paraId="4ABA1B77" w14:textId="5FD3DFFC" w:rsidR="00F635ED" w:rsidRPr="008014A9" w:rsidRDefault="00D41C0F" w:rsidP="00A33D12">
      <w:pPr>
        <w:spacing w:after="80"/>
      </w:pPr>
      <w:r w:rsidRPr="008014A9">
        <w:rPr>
          <w:b/>
        </w:rPr>
        <w:t>CAESAR SALAD ........ 1</w:t>
      </w:r>
      <w:r w:rsidR="00581330" w:rsidRPr="008014A9">
        <w:rPr>
          <w:b/>
        </w:rPr>
        <w:t>3.</w:t>
      </w:r>
      <w:r w:rsidR="00DC33EC" w:rsidRPr="008014A9">
        <w:rPr>
          <w:b/>
        </w:rPr>
        <w:t>5</w:t>
      </w:r>
      <w:r w:rsidR="00581330" w:rsidRPr="008014A9">
        <w:rPr>
          <w:b/>
        </w:rPr>
        <w:t>0</w:t>
      </w:r>
    </w:p>
    <w:p w14:paraId="5FF409D5" w14:textId="77777777" w:rsidR="00F75846" w:rsidRDefault="00D41C0F" w:rsidP="0004291D">
      <w:pPr>
        <w:spacing w:after="120"/>
      </w:pPr>
      <w:r>
        <w:rPr>
          <w:sz w:val="18"/>
        </w:rPr>
        <w:t xml:space="preserve">Insalata, Caesar dressing homemade, petto di pollo alla </w:t>
      </w:r>
      <w:proofErr w:type="spellStart"/>
      <w:r>
        <w:rPr>
          <w:sz w:val="18"/>
        </w:rPr>
        <w:t>piastra</w:t>
      </w:r>
      <w:proofErr w:type="spellEnd"/>
      <w:r>
        <w:rPr>
          <w:sz w:val="18"/>
        </w:rPr>
        <w:t xml:space="preserve">, bacon </w:t>
      </w:r>
      <w:proofErr w:type="spellStart"/>
      <w:r>
        <w:rPr>
          <w:sz w:val="18"/>
        </w:rPr>
        <w:t>croccante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scaglie</w:t>
      </w:r>
      <w:proofErr w:type="spellEnd"/>
      <w:r>
        <w:rPr>
          <w:sz w:val="18"/>
        </w:rPr>
        <w:t xml:space="preserve"> di grana e crostini di pane </w:t>
      </w:r>
      <w:proofErr w:type="spellStart"/>
      <w:r>
        <w:rPr>
          <w:sz w:val="18"/>
        </w:rPr>
        <w:t>tostato</w:t>
      </w:r>
      <w:proofErr w:type="spellEnd"/>
    </w:p>
    <w:p w14:paraId="59D3A120" w14:textId="77777777" w:rsidR="00F75846" w:rsidRDefault="00F75846" w:rsidP="00F75846">
      <w:pPr>
        <w:spacing w:after="0"/>
      </w:pPr>
    </w:p>
    <w:p w14:paraId="6793945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3188849F" w14:textId="77777777" w:rsidR="00B40F91" w:rsidRDefault="00B40F91" w:rsidP="00F75846">
      <w:pPr>
        <w:spacing w:after="0"/>
        <w:rPr>
          <w:rFonts w:ascii="Montserrat" w:hAnsi="Montserrat"/>
          <w:b/>
          <w:sz w:val="24"/>
        </w:rPr>
      </w:pPr>
    </w:p>
    <w:p w14:paraId="50C62625" w14:textId="77777777" w:rsidR="007E4C4C" w:rsidRDefault="007E4C4C" w:rsidP="00F75846">
      <w:pPr>
        <w:spacing w:after="0"/>
        <w:rPr>
          <w:rFonts w:ascii="Montserrat" w:hAnsi="Montserrat"/>
          <w:b/>
          <w:sz w:val="24"/>
        </w:rPr>
      </w:pPr>
    </w:p>
    <w:p w14:paraId="265B26E9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F87B1E6" w14:textId="77777777" w:rsidR="006E6031" w:rsidRDefault="006E6031" w:rsidP="00DF120D">
      <w:pPr>
        <w:spacing w:before="120" w:after="0"/>
        <w:rPr>
          <w:rFonts w:ascii="Montserrat" w:hAnsi="Montserrat"/>
          <w:b/>
          <w:sz w:val="24"/>
        </w:rPr>
      </w:pPr>
    </w:p>
    <w:p w14:paraId="40E9E883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0723EFC2" w14:textId="77777777" w:rsidR="00920921" w:rsidRDefault="00920921" w:rsidP="006E6031">
      <w:pPr>
        <w:spacing w:after="0"/>
        <w:rPr>
          <w:rFonts w:ascii="Montserrat" w:hAnsi="Montserrat"/>
          <w:b/>
          <w:sz w:val="24"/>
        </w:rPr>
      </w:pPr>
    </w:p>
    <w:p w14:paraId="232EFBDD" w14:textId="7D9C49FD" w:rsidR="00A308E1" w:rsidRDefault="00000000" w:rsidP="006E6031">
      <w:pPr>
        <w:spacing w:after="0"/>
      </w:pPr>
      <w:r>
        <w:rPr>
          <w:rFonts w:ascii="Montserrat" w:hAnsi="Montserrat"/>
          <w:b/>
          <w:sz w:val="24"/>
        </w:rPr>
        <w:t>HAMBURGER</w:t>
      </w:r>
    </w:p>
    <w:p w14:paraId="5C8116A3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5F4E64BF" w14:textId="41B680E9" w:rsidR="00A308E1" w:rsidRDefault="00000000">
      <w:r>
        <w:t xml:space="preserve">Contorno </w:t>
      </w:r>
      <w:proofErr w:type="spellStart"/>
      <w:r>
        <w:t>incluso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: </w:t>
      </w:r>
      <w:proofErr w:type="spellStart"/>
      <w:r>
        <w:t>patate</w:t>
      </w:r>
      <w:proofErr w:type="spellEnd"/>
      <w:r>
        <w:t xml:space="preserve"> </w:t>
      </w:r>
      <w:proofErr w:type="spellStart"/>
      <w:r>
        <w:t>fritte</w:t>
      </w:r>
      <w:proofErr w:type="spellEnd"/>
      <w:r>
        <w:t xml:space="preserve">, </w:t>
      </w:r>
      <w:r w:rsidR="00431FF0">
        <w:t xml:space="preserve">smashed </w:t>
      </w:r>
      <w:r>
        <w:t>potatoes, Colesl</w:t>
      </w:r>
      <w:r w:rsidR="00431FF0">
        <w:t>a</w:t>
      </w:r>
      <w:r>
        <w:t>w e wok di verdure</w:t>
      </w:r>
    </w:p>
    <w:p w14:paraId="5D7BE50D" w14:textId="4C0D14A1" w:rsidR="00A308E1" w:rsidRDefault="00000000" w:rsidP="00D41C0F">
      <w:pPr>
        <w:spacing w:after="0"/>
      </w:pPr>
      <w:r w:rsidRPr="003F5448">
        <w:rPr>
          <w:b/>
        </w:rPr>
        <w:t>CLASSIC CHEESE &amp; BACON</w:t>
      </w:r>
      <w:r>
        <w:rPr>
          <w:b/>
        </w:rPr>
        <w:t xml:space="preserve"> ........ 1</w:t>
      </w:r>
      <w:r w:rsidR="00F75846">
        <w:rPr>
          <w:b/>
        </w:rPr>
        <w:t>3</w:t>
      </w:r>
      <w:r>
        <w:rPr>
          <w:b/>
        </w:rPr>
        <w:t>.</w:t>
      </w:r>
      <w:r w:rsidR="00306972">
        <w:rPr>
          <w:b/>
        </w:rPr>
        <w:t>5</w:t>
      </w:r>
      <w:r>
        <w:rPr>
          <w:b/>
        </w:rPr>
        <w:t>0</w:t>
      </w:r>
    </w:p>
    <w:p w14:paraId="750F129D" w14:textId="7EBF9303" w:rsidR="00A308E1" w:rsidRDefault="00000000">
      <w:pPr>
        <w:spacing w:after="80"/>
      </w:pPr>
      <w:r>
        <w:rPr>
          <w:sz w:val="18"/>
        </w:rPr>
        <w:t xml:space="preserve">Hamburger di </w:t>
      </w:r>
      <w:proofErr w:type="spellStart"/>
      <w:r>
        <w:rPr>
          <w:sz w:val="18"/>
        </w:rPr>
        <w:t>Fassona</w:t>
      </w:r>
      <w:proofErr w:type="spellEnd"/>
      <w:r>
        <w:rPr>
          <w:sz w:val="18"/>
        </w:rPr>
        <w:t xml:space="preserve">, cheddar </w:t>
      </w:r>
      <w:proofErr w:type="spellStart"/>
      <w:r>
        <w:rPr>
          <w:sz w:val="18"/>
        </w:rPr>
        <w:t>scozzese</w:t>
      </w:r>
      <w:proofErr w:type="spellEnd"/>
      <w:r>
        <w:rPr>
          <w:sz w:val="18"/>
        </w:rPr>
        <w:t xml:space="preserve">, bacon </w:t>
      </w:r>
      <w:proofErr w:type="spellStart"/>
      <w:r>
        <w:rPr>
          <w:sz w:val="18"/>
        </w:rPr>
        <w:t>piastrato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lattuga</w:t>
      </w:r>
      <w:proofErr w:type="spellEnd"/>
      <w:r>
        <w:rPr>
          <w:sz w:val="18"/>
        </w:rPr>
        <w:t xml:space="preserve">, pomodoro, salsa Helmut, pane </w:t>
      </w:r>
      <w:proofErr w:type="spellStart"/>
      <w:r>
        <w:rPr>
          <w:sz w:val="18"/>
        </w:rPr>
        <w:t>artigianale</w:t>
      </w:r>
      <w:proofErr w:type="spellEnd"/>
    </w:p>
    <w:p w14:paraId="35A40E03" w14:textId="77777777" w:rsidR="00920921" w:rsidRPr="008014A9" w:rsidRDefault="00920921" w:rsidP="00920921">
      <w:pPr>
        <w:spacing w:after="80"/>
      </w:pPr>
      <w:r w:rsidRPr="008014A9">
        <w:rPr>
          <w:b/>
        </w:rPr>
        <w:t>FALAFEL BUN........ 14.50</w:t>
      </w:r>
    </w:p>
    <w:p w14:paraId="71BA48ED" w14:textId="77777777" w:rsidR="00920921" w:rsidRPr="00F75846" w:rsidRDefault="00920921" w:rsidP="00920921">
      <w:pPr>
        <w:spacing w:after="0"/>
        <w:rPr>
          <w:sz w:val="18"/>
          <w:szCs w:val="18"/>
          <w:lang w:val="it-IT"/>
        </w:rPr>
      </w:pPr>
      <w:r w:rsidRPr="00F75846">
        <w:rPr>
          <w:sz w:val="18"/>
          <w:szCs w:val="18"/>
          <w:lang w:val="it-IT"/>
        </w:rPr>
        <w:t xml:space="preserve">Patty di ceci fritto, </w:t>
      </w:r>
      <w:proofErr w:type="spellStart"/>
      <w:r w:rsidRPr="00F75846">
        <w:rPr>
          <w:sz w:val="18"/>
          <w:szCs w:val="18"/>
          <w:lang w:val="it-IT"/>
        </w:rPr>
        <w:t>smashed</w:t>
      </w:r>
      <w:proofErr w:type="spellEnd"/>
      <w:r w:rsidRPr="00F75846">
        <w:rPr>
          <w:sz w:val="18"/>
          <w:szCs w:val="18"/>
          <w:lang w:val="it-IT"/>
        </w:rPr>
        <w:t xml:space="preserve"> avocado, cipolla rossa </w:t>
      </w:r>
      <w:proofErr w:type="spellStart"/>
      <w:r w:rsidRPr="00F75846">
        <w:rPr>
          <w:sz w:val="18"/>
          <w:szCs w:val="18"/>
          <w:lang w:val="it-IT"/>
        </w:rPr>
        <w:t>pickle</w:t>
      </w:r>
      <w:proofErr w:type="spellEnd"/>
      <w:r w:rsidRPr="00F75846">
        <w:rPr>
          <w:sz w:val="18"/>
          <w:szCs w:val="18"/>
          <w:lang w:val="it-IT"/>
        </w:rPr>
        <w:t>,</w:t>
      </w:r>
    </w:p>
    <w:p w14:paraId="128CA303" w14:textId="35DC1756" w:rsidR="00920921" w:rsidRDefault="00920921" w:rsidP="00920921">
      <w:pPr>
        <w:spacing w:after="240"/>
        <w:rPr>
          <w:sz w:val="18"/>
          <w:szCs w:val="18"/>
          <w:lang w:val="it-IT"/>
        </w:rPr>
      </w:pPr>
      <w:r>
        <w:rPr>
          <w:b/>
          <w:bCs/>
          <w:noProof/>
          <w:lang w:val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7A71CE" wp14:editId="06D2E387">
                <wp:simplePos x="0" y="0"/>
                <wp:positionH relativeFrom="column">
                  <wp:posOffset>-62230</wp:posOffset>
                </wp:positionH>
                <wp:positionV relativeFrom="paragraph">
                  <wp:posOffset>288290</wp:posOffset>
                </wp:positionV>
                <wp:extent cx="3063240" cy="548640"/>
                <wp:effectExtent l="0" t="0" r="22860" b="22860"/>
                <wp:wrapNone/>
                <wp:docPr id="6471711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548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447A5D" id="Rettangolo 1" o:spid="_x0000_s1026" style="position:absolute;margin-left:-4.9pt;margin-top:22.7pt;width:241.2pt;height:43.2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" filled="f" strokecolor="black [3200]" strokeweight="2pt"/>
            </w:pict>
          </mc:Fallback>
        </mc:AlternateContent>
      </w:r>
      <w:r w:rsidRPr="00F75846">
        <w:rPr>
          <w:sz w:val="18"/>
          <w:szCs w:val="18"/>
          <w:lang w:val="it-IT"/>
        </w:rPr>
        <w:t>lattuga romana condita con salsa allo yogurt vegan e aneto.</w:t>
      </w:r>
    </w:p>
    <w:p w14:paraId="5E4A0AA4" w14:textId="7D580C48" w:rsidR="00A308E1" w:rsidRDefault="00920921" w:rsidP="00D41C0F">
      <w:pPr>
        <w:spacing w:after="0"/>
      </w:pPr>
      <w:r w:rsidRPr="00D25623">
        <w:rPr>
          <w:b/>
          <w:bCs/>
          <w:lang w:val="it-IT"/>
        </w:rPr>
        <w:t>DUCK</w:t>
      </w:r>
      <w:r w:rsidR="00AE4179">
        <w:rPr>
          <w:b/>
        </w:rPr>
        <w:t xml:space="preserve"> </w:t>
      </w:r>
      <w:r>
        <w:rPr>
          <w:b/>
        </w:rPr>
        <w:t>KEBAB</w:t>
      </w:r>
      <w:r w:rsidR="00AE4179">
        <w:rPr>
          <w:b/>
        </w:rPr>
        <w:t>........ 1</w:t>
      </w:r>
      <w:r>
        <w:rPr>
          <w:b/>
        </w:rPr>
        <w:t>0</w:t>
      </w:r>
      <w:r w:rsidR="00AE4179">
        <w:rPr>
          <w:b/>
        </w:rPr>
        <w:t>.</w:t>
      </w:r>
      <w:r w:rsidR="00E51143">
        <w:rPr>
          <w:b/>
        </w:rPr>
        <w:t>5</w:t>
      </w:r>
      <w:r w:rsidR="00AE4179">
        <w:rPr>
          <w:b/>
        </w:rPr>
        <w:t>0</w:t>
      </w:r>
    </w:p>
    <w:p w14:paraId="232B39A5" w14:textId="5AA51930" w:rsidR="00F75846" w:rsidRPr="00920921" w:rsidRDefault="00920921" w:rsidP="00F75846">
      <w:pPr>
        <w:spacing w:after="80"/>
        <w:rPr>
          <w:bCs/>
          <w:sz w:val="18"/>
          <w:szCs w:val="18"/>
          <w:lang w:val="it-IT"/>
        </w:rPr>
      </w:pPr>
      <w:r w:rsidRPr="00920921">
        <w:rPr>
          <w:bCs/>
          <w:sz w:val="18"/>
          <w:szCs w:val="18"/>
          <w:lang w:val="it-IT"/>
        </w:rPr>
        <w:t xml:space="preserve">Pita </w:t>
      </w:r>
      <w:proofErr w:type="spellStart"/>
      <w:r w:rsidRPr="00920921">
        <w:rPr>
          <w:bCs/>
          <w:sz w:val="18"/>
          <w:szCs w:val="18"/>
          <w:lang w:val="it-IT"/>
        </w:rPr>
        <w:t>homemade</w:t>
      </w:r>
      <w:proofErr w:type="spellEnd"/>
      <w:r w:rsidRPr="00920921">
        <w:rPr>
          <w:bCs/>
          <w:sz w:val="18"/>
          <w:szCs w:val="18"/>
          <w:lang w:val="it-IT"/>
        </w:rPr>
        <w:t>, a</w:t>
      </w:r>
      <w:r>
        <w:rPr>
          <w:bCs/>
          <w:sz w:val="18"/>
          <w:szCs w:val="18"/>
          <w:lang w:val="it-IT"/>
        </w:rPr>
        <w:t xml:space="preserve">natra cotta a bassa temperatura e </w:t>
      </w:r>
      <w:r w:rsidR="00C0162F">
        <w:rPr>
          <w:bCs/>
          <w:sz w:val="18"/>
          <w:szCs w:val="18"/>
          <w:lang w:val="it-IT"/>
        </w:rPr>
        <w:t>stufata</w:t>
      </w:r>
      <w:r>
        <w:rPr>
          <w:bCs/>
          <w:sz w:val="18"/>
          <w:szCs w:val="18"/>
          <w:lang w:val="it-IT"/>
        </w:rPr>
        <w:t xml:space="preserve">, cetrioli, sesamo, </w:t>
      </w:r>
      <w:proofErr w:type="spellStart"/>
      <w:r>
        <w:rPr>
          <w:bCs/>
          <w:sz w:val="18"/>
          <w:szCs w:val="18"/>
          <w:lang w:val="it-IT"/>
        </w:rPr>
        <w:t>cippollotto</w:t>
      </w:r>
      <w:proofErr w:type="spellEnd"/>
      <w:r>
        <w:rPr>
          <w:bCs/>
          <w:sz w:val="18"/>
          <w:szCs w:val="18"/>
          <w:lang w:val="it-IT"/>
        </w:rPr>
        <w:t xml:space="preserve"> e salsa </w:t>
      </w:r>
      <w:proofErr w:type="spellStart"/>
      <w:r>
        <w:rPr>
          <w:bCs/>
          <w:sz w:val="18"/>
          <w:szCs w:val="18"/>
          <w:lang w:val="it-IT"/>
        </w:rPr>
        <w:t>hoisin</w:t>
      </w:r>
      <w:proofErr w:type="spellEnd"/>
    </w:p>
    <w:p w14:paraId="3CBB8B0A" w14:textId="77777777" w:rsidR="00920921" w:rsidRDefault="00920921" w:rsidP="006E6031">
      <w:pPr>
        <w:spacing w:after="0"/>
        <w:rPr>
          <w:bCs/>
          <w:sz w:val="18"/>
          <w:szCs w:val="18"/>
          <w:lang w:val="it-IT"/>
        </w:rPr>
      </w:pPr>
    </w:p>
    <w:p w14:paraId="32079843" w14:textId="01B5F66E" w:rsidR="00A308E1" w:rsidRPr="00920921" w:rsidRDefault="00F51A29" w:rsidP="006E6031">
      <w:pPr>
        <w:spacing w:after="0"/>
        <w:rPr>
          <w:bCs/>
          <w:sz w:val="18"/>
          <w:szCs w:val="18"/>
          <w:lang w:val="it-IT"/>
        </w:rPr>
      </w:pPr>
      <w:r w:rsidRPr="00920921">
        <w:rPr>
          <w:bCs/>
          <w:sz w:val="18"/>
          <w:szCs w:val="18"/>
          <w:lang w:val="it-IT"/>
        </w:rPr>
        <w:t>.</w:t>
      </w:r>
      <w:r>
        <w:rPr>
          <w:rFonts w:ascii="Montserrat" w:hAnsi="Montserrat"/>
          <w:b/>
          <w:sz w:val="24"/>
        </w:rPr>
        <w:t>SMASH BURGER</w:t>
      </w:r>
    </w:p>
    <w:p w14:paraId="686911D6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21DE343B" w14:textId="77777777" w:rsidR="00A308E1" w:rsidRDefault="00000000">
      <w:r>
        <w:t xml:space="preserve">Doppio +3,5€  •  </w:t>
      </w:r>
      <w:proofErr w:type="spellStart"/>
      <w:r>
        <w:t>Triplo</w:t>
      </w:r>
      <w:proofErr w:type="spellEnd"/>
      <w:r>
        <w:t xml:space="preserve"> +6,5€</w:t>
      </w:r>
    </w:p>
    <w:p w14:paraId="64868E14" w14:textId="1B913444" w:rsidR="00A308E1" w:rsidRPr="008014A9" w:rsidRDefault="00000000" w:rsidP="00D41C0F">
      <w:pPr>
        <w:spacing w:after="0"/>
      </w:pPr>
      <w:r w:rsidRPr="008014A9">
        <w:rPr>
          <w:b/>
        </w:rPr>
        <w:t xml:space="preserve">BASIC BURGER ........ </w:t>
      </w:r>
      <w:r w:rsidR="00306972" w:rsidRPr="008014A9">
        <w:rPr>
          <w:b/>
        </w:rPr>
        <w:t>5.5</w:t>
      </w:r>
      <w:r w:rsidRPr="008014A9">
        <w:rPr>
          <w:b/>
        </w:rPr>
        <w:t>0</w:t>
      </w:r>
    </w:p>
    <w:p w14:paraId="19057C85" w14:textId="54F0C9EF" w:rsidR="00A308E1" w:rsidRDefault="00000000">
      <w:pPr>
        <w:spacing w:after="80"/>
      </w:pPr>
      <w:r>
        <w:rPr>
          <w:sz w:val="18"/>
        </w:rPr>
        <w:t xml:space="preserve">Smash burger di </w:t>
      </w:r>
      <w:proofErr w:type="spellStart"/>
      <w:r>
        <w:rPr>
          <w:sz w:val="18"/>
        </w:rPr>
        <w:t>fassona</w:t>
      </w:r>
      <w:proofErr w:type="spellEnd"/>
      <w:r>
        <w:rPr>
          <w:sz w:val="18"/>
        </w:rPr>
        <w:t xml:space="preserve">, pane </w:t>
      </w:r>
      <w:proofErr w:type="spellStart"/>
      <w:r>
        <w:rPr>
          <w:sz w:val="18"/>
        </w:rPr>
        <w:t>artigianale</w:t>
      </w:r>
      <w:proofErr w:type="spellEnd"/>
      <w:r>
        <w:rPr>
          <w:sz w:val="18"/>
        </w:rPr>
        <w:t xml:space="preserve">, </w:t>
      </w:r>
      <w:r w:rsidR="0021579C">
        <w:rPr>
          <w:sz w:val="18"/>
        </w:rPr>
        <w:t xml:space="preserve">salsa </w:t>
      </w:r>
      <w:r w:rsidR="00572FCA">
        <w:rPr>
          <w:sz w:val="18"/>
        </w:rPr>
        <w:t>Ketchup</w:t>
      </w:r>
    </w:p>
    <w:p w14:paraId="59DB845D" w14:textId="77777777" w:rsidR="00CB604D" w:rsidRPr="008014A9" w:rsidRDefault="00000000" w:rsidP="00CB604D">
      <w:pPr>
        <w:spacing w:after="0"/>
        <w:rPr>
          <w:b/>
        </w:rPr>
      </w:pPr>
      <w:r w:rsidRPr="008014A9">
        <w:rPr>
          <w:b/>
        </w:rPr>
        <w:t xml:space="preserve">CLASSIC CHEESE &amp; BACON ........ </w:t>
      </w:r>
      <w:r w:rsidR="001D633E" w:rsidRPr="008014A9">
        <w:rPr>
          <w:b/>
        </w:rPr>
        <w:t>9</w:t>
      </w:r>
      <w:r w:rsidR="00306972" w:rsidRPr="008014A9">
        <w:rPr>
          <w:b/>
        </w:rPr>
        <w:t>.5</w:t>
      </w:r>
      <w:r w:rsidRPr="008014A9">
        <w:rPr>
          <w:b/>
        </w:rPr>
        <w:t>0</w:t>
      </w:r>
    </w:p>
    <w:p w14:paraId="37553455" w14:textId="73C092F2" w:rsidR="00CB604D" w:rsidRPr="00CB604D" w:rsidRDefault="00CB604D" w:rsidP="00CB604D">
      <w:pPr>
        <w:spacing w:after="120"/>
        <w:rPr>
          <w:b/>
        </w:rPr>
      </w:pPr>
      <w:r w:rsidRPr="00CB604D">
        <w:rPr>
          <w:bCs/>
          <w:sz w:val="18"/>
          <w:szCs w:val="18"/>
        </w:rPr>
        <w:t>Smash burger</w:t>
      </w:r>
      <w:r>
        <w:rPr>
          <w:b/>
        </w:rPr>
        <w:t xml:space="preserve"> </w:t>
      </w:r>
      <w:r>
        <w:rPr>
          <w:sz w:val="18"/>
        </w:rPr>
        <w:t xml:space="preserve">di </w:t>
      </w:r>
      <w:proofErr w:type="spellStart"/>
      <w:r>
        <w:rPr>
          <w:sz w:val="18"/>
        </w:rPr>
        <w:t>Fassona</w:t>
      </w:r>
      <w:proofErr w:type="spellEnd"/>
      <w:r>
        <w:rPr>
          <w:sz w:val="18"/>
        </w:rPr>
        <w:t xml:space="preserve">, cheddar </w:t>
      </w:r>
      <w:proofErr w:type="spellStart"/>
      <w:r>
        <w:rPr>
          <w:sz w:val="18"/>
        </w:rPr>
        <w:t>scozzese</w:t>
      </w:r>
      <w:proofErr w:type="spellEnd"/>
      <w:r>
        <w:rPr>
          <w:sz w:val="18"/>
        </w:rPr>
        <w:t xml:space="preserve">, bacon </w:t>
      </w:r>
      <w:proofErr w:type="spellStart"/>
      <w:r>
        <w:rPr>
          <w:sz w:val="18"/>
        </w:rPr>
        <w:t>piastrato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lattuga</w:t>
      </w:r>
      <w:proofErr w:type="spellEnd"/>
      <w:r>
        <w:rPr>
          <w:sz w:val="18"/>
        </w:rPr>
        <w:t xml:space="preserve">, pomodoro, salsa Helmut, pane </w:t>
      </w:r>
      <w:proofErr w:type="spellStart"/>
      <w:r>
        <w:rPr>
          <w:sz w:val="18"/>
        </w:rPr>
        <w:t>artigianale</w:t>
      </w:r>
      <w:proofErr w:type="spellEnd"/>
    </w:p>
    <w:p w14:paraId="37B2936D" w14:textId="6CA7CF50" w:rsidR="00A308E1" w:rsidRPr="008014A9" w:rsidRDefault="00000000" w:rsidP="00D41C0F">
      <w:pPr>
        <w:spacing w:after="0"/>
      </w:pPr>
      <w:r w:rsidRPr="008014A9">
        <w:rPr>
          <w:b/>
        </w:rPr>
        <w:t xml:space="preserve">QUASI CARBONARA </w:t>
      </w:r>
      <w:r w:rsidR="001D633E" w:rsidRPr="008014A9">
        <w:rPr>
          <w:b/>
        </w:rPr>
        <w:t>ESTIVO</w:t>
      </w:r>
      <w:r w:rsidRPr="008014A9">
        <w:rPr>
          <w:b/>
        </w:rPr>
        <w:t>........ 11.</w:t>
      </w:r>
      <w:r w:rsidR="00306972" w:rsidRPr="008014A9">
        <w:rPr>
          <w:b/>
        </w:rPr>
        <w:t>5</w:t>
      </w:r>
      <w:r w:rsidRPr="008014A9">
        <w:rPr>
          <w:b/>
        </w:rPr>
        <w:t>0</w:t>
      </w:r>
    </w:p>
    <w:p w14:paraId="53119168" w14:textId="77777777" w:rsidR="00CB604D" w:rsidRPr="001D633E" w:rsidRDefault="00CB604D" w:rsidP="006E6031">
      <w:pPr>
        <w:spacing w:after="120"/>
        <w:rPr>
          <w:lang w:val="it-IT"/>
        </w:rPr>
      </w:pPr>
      <w:r>
        <w:rPr>
          <w:sz w:val="18"/>
          <w:szCs w:val="18"/>
        </w:rPr>
        <w:t>Smash burger</w:t>
      </w:r>
      <w:r w:rsidRPr="001D633E">
        <w:rPr>
          <w:sz w:val="18"/>
          <w:szCs w:val="18"/>
          <w:lang w:val="it-IT"/>
        </w:rPr>
        <w:t xml:space="preserve"> di Fassona, scapece di zucchine, uovo, </w:t>
      </w:r>
      <w:proofErr w:type="spellStart"/>
      <w:r w:rsidRPr="001D633E">
        <w:rPr>
          <w:sz w:val="18"/>
          <w:szCs w:val="18"/>
          <w:lang w:val="it-IT"/>
        </w:rPr>
        <w:t>gunciale</w:t>
      </w:r>
      <w:proofErr w:type="spellEnd"/>
      <w:r w:rsidRPr="001D633E">
        <w:rPr>
          <w:sz w:val="18"/>
          <w:szCs w:val="18"/>
          <w:lang w:val="it-IT"/>
        </w:rPr>
        <w:t xml:space="preserve"> croccante, fonduta di cacio e pepe, grattugiata di pecorino romano</w:t>
      </w:r>
      <w:r w:rsidRPr="001D633E">
        <w:rPr>
          <w:lang w:val="it-IT"/>
        </w:rPr>
        <w:t>.</w:t>
      </w:r>
    </w:p>
    <w:p w14:paraId="0748898B" w14:textId="2CD051FC" w:rsidR="00A308E1" w:rsidRDefault="00000000" w:rsidP="00443797">
      <w:pPr>
        <w:spacing w:after="0"/>
      </w:pPr>
      <w:r>
        <w:rPr>
          <w:rFonts w:ascii="Montserrat" w:hAnsi="Montserrat"/>
          <w:b/>
          <w:sz w:val="24"/>
        </w:rPr>
        <w:t>CLUB SANDWICH</w:t>
      </w:r>
      <w:r w:rsidR="009F2ED2">
        <w:rPr>
          <w:rFonts w:ascii="Montserrat" w:hAnsi="Montserrat"/>
          <w:b/>
          <w:sz w:val="24"/>
        </w:rPr>
        <w:t xml:space="preserve"> </w:t>
      </w:r>
    </w:p>
    <w:p w14:paraId="04D148C8" w14:textId="77777777" w:rsidR="00A308E1" w:rsidRDefault="00000000" w:rsidP="003F5448">
      <w:pPr>
        <w:spacing w:after="0"/>
      </w:pPr>
      <w:r>
        <w:t>────────────────────────────</w:t>
      </w:r>
    </w:p>
    <w:p w14:paraId="6BE1C55E" w14:textId="3F19C4A6" w:rsidR="00A308E1" w:rsidRPr="008014A9" w:rsidRDefault="00832AF8" w:rsidP="00D41C0F">
      <w:pPr>
        <w:spacing w:after="0"/>
      </w:pPr>
      <w:r>
        <w:rPr>
          <w:b/>
        </w:rPr>
        <w:t xml:space="preserve">SHOKU </w:t>
      </w:r>
      <w:r w:rsidRPr="008014A9">
        <w:rPr>
          <w:b/>
        </w:rPr>
        <w:t>CLUB CLASSICO ........ 1</w:t>
      </w:r>
      <w:r w:rsidR="001D633E" w:rsidRPr="008014A9">
        <w:rPr>
          <w:b/>
        </w:rPr>
        <w:t>3</w:t>
      </w:r>
      <w:r w:rsidRPr="008014A9">
        <w:rPr>
          <w:b/>
        </w:rPr>
        <w:t>.00</w:t>
      </w:r>
    </w:p>
    <w:p w14:paraId="4F5DA780" w14:textId="025E5534" w:rsidR="00A308E1" w:rsidRDefault="00832AF8">
      <w:pPr>
        <w:spacing w:after="80"/>
      </w:pPr>
      <w:proofErr w:type="spellStart"/>
      <w:r>
        <w:rPr>
          <w:sz w:val="18"/>
        </w:rPr>
        <w:t>Shokupan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home made</w:t>
      </w:r>
      <w:proofErr w:type="spellEnd"/>
      <w:r>
        <w:rPr>
          <w:sz w:val="18"/>
        </w:rPr>
        <w:t xml:space="preserve">, Petto di pollo </w:t>
      </w:r>
      <w:proofErr w:type="spellStart"/>
      <w:r>
        <w:rPr>
          <w:sz w:val="18"/>
        </w:rPr>
        <w:t>cbt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lattuga</w:t>
      </w:r>
      <w:proofErr w:type="spellEnd"/>
      <w:r>
        <w:rPr>
          <w:sz w:val="18"/>
        </w:rPr>
        <w:t xml:space="preserve">, pomodoro, </w:t>
      </w:r>
      <w:proofErr w:type="spellStart"/>
      <w:r>
        <w:rPr>
          <w:sz w:val="18"/>
        </w:rPr>
        <w:t>frittatina</w:t>
      </w:r>
      <w:proofErr w:type="spellEnd"/>
      <w:r>
        <w:rPr>
          <w:sz w:val="18"/>
        </w:rPr>
        <w:t xml:space="preserve">, bacon, </w:t>
      </w:r>
      <w:proofErr w:type="spellStart"/>
      <w:r>
        <w:rPr>
          <w:sz w:val="18"/>
        </w:rPr>
        <w:t>formaggio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filante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maionese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fatta</w:t>
      </w:r>
      <w:proofErr w:type="spellEnd"/>
      <w:r>
        <w:rPr>
          <w:sz w:val="18"/>
        </w:rPr>
        <w:t xml:space="preserve"> in casa, salsa rosa a </w:t>
      </w:r>
      <w:proofErr w:type="spellStart"/>
      <w:r>
        <w:rPr>
          <w:sz w:val="18"/>
        </w:rPr>
        <w:t>parte</w:t>
      </w:r>
      <w:proofErr w:type="spellEnd"/>
    </w:p>
    <w:p w14:paraId="56EFB92F" w14:textId="03158477" w:rsidR="00A308E1" w:rsidRPr="008014A9" w:rsidRDefault="00000000" w:rsidP="00D41C0F">
      <w:pPr>
        <w:spacing w:after="0"/>
      </w:pPr>
      <w:r w:rsidRPr="008014A9">
        <w:rPr>
          <w:b/>
        </w:rPr>
        <w:t>CLUB VEGETARIANO ........ 1</w:t>
      </w:r>
      <w:r w:rsidR="001D633E" w:rsidRPr="008014A9">
        <w:rPr>
          <w:b/>
        </w:rPr>
        <w:t>3</w:t>
      </w:r>
      <w:r w:rsidRPr="008014A9">
        <w:rPr>
          <w:b/>
        </w:rPr>
        <w:t>.00</w:t>
      </w:r>
    </w:p>
    <w:p w14:paraId="72B16E2B" w14:textId="77777777" w:rsidR="001D633E" w:rsidRPr="001D633E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 xml:space="preserve">Melanzane e zucchine alla piastra, </w:t>
      </w:r>
      <w:proofErr w:type="spellStart"/>
      <w:r w:rsidRPr="001D633E">
        <w:rPr>
          <w:bCs/>
          <w:sz w:val="18"/>
          <w:szCs w:val="18"/>
          <w:lang w:val="it-IT"/>
        </w:rPr>
        <w:t>friggitelli</w:t>
      </w:r>
      <w:proofErr w:type="spellEnd"/>
      <w:r w:rsidRPr="001D633E">
        <w:rPr>
          <w:bCs/>
          <w:sz w:val="18"/>
          <w:szCs w:val="18"/>
          <w:lang w:val="it-IT"/>
        </w:rPr>
        <w:t xml:space="preserve"> arrostiti, lattuga,</w:t>
      </w:r>
    </w:p>
    <w:p w14:paraId="7A092FB9" w14:textId="1BDC5146" w:rsidR="0053426D" w:rsidRPr="0053426D" w:rsidRDefault="001D633E" w:rsidP="001D633E">
      <w:pPr>
        <w:spacing w:after="0"/>
        <w:rPr>
          <w:bCs/>
          <w:sz w:val="18"/>
          <w:szCs w:val="18"/>
          <w:lang w:val="it-IT"/>
        </w:rPr>
      </w:pPr>
      <w:r w:rsidRPr="001D633E">
        <w:rPr>
          <w:bCs/>
          <w:sz w:val="18"/>
          <w:szCs w:val="18"/>
          <w:lang w:val="it-IT"/>
        </w:rPr>
        <w:t>frittata, pomodori, straccetti di burrata.</w:t>
      </w:r>
    </w:p>
    <w:p w14:paraId="2D43C08A" w14:textId="40D76A19" w:rsidR="006F11EB" w:rsidRDefault="001D633E" w:rsidP="0053426D">
      <w:pPr>
        <w:spacing w:after="0"/>
        <w:rPr>
          <w:b/>
        </w:rPr>
      </w:pPr>
      <w:r>
        <w:rPr>
          <w:b/>
          <w:bCs/>
          <w:lang w:val="it-IT"/>
        </w:rPr>
        <w:t>BASILICO E SCAPECE</w:t>
      </w:r>
      <w:r w:rsidR="006F11EB">
        <w:rPr>
          <w:b/>
        </w:rPr>
        <w:t xml:space="preserve"> ........ 1</w:t>
      </w:r>
      <w:r>
        <w:rPr>
          <w:b/>
        </w:rPr>
        <w:t>3</w:t>
      </w:r>
      <w:r w:rsidR="006F11EB">
        <w:rPr>
          <w:b/>
        </w:rPr>
        <w:t>.50</w:t>
      </w:r>
    </w:p>
    <w:p w14:paraId="0427FE72" w14:textId="2C861389" w:rsidR="001D633E" w:rsidRDefault="001D633E" w:rsidP="001D633E">
      <w:pPr>
        <w:spacing w:after="0"/>
        <w:rPr>
          <w:b/>
          <w:sz w:val="20"/>
          <w:lang w:val="it-IT"/>
        </w:rPr>
      </w:pPr>
      <w:r w:rsidRPr="001D633E">
        <w:rPr>
          <w:bCs/>
          <w:sz w:val="18"/>
          <w:szCs w:val="18"/>
          <w:lang w:val="it-IT"/>
        </w:rPr>
        <w:t>Prosciutto crudo 24 mesi, robiola limone e pepe, asiago di malga, zucchine alla scapece, pomodoro a fette, salsa al basilico</w:t>
      </w:r>
      <w:r w:rsidRPr="001D633E">
        <w:rPr>
          <w:b/>
          <w:sz w:val="20"/>
          <w:lang w:val="it-IT"/>
        </w:rPr>
        <w:t>.</w:t>
      </w:r>
    </w:p>
    <w:p w14:paraId="5CEA2BE8" w14:textId="7E7907AA" w:rsidR="00794E5F" w:rsidRPr="008014A9" w:rsidRDefault="00000000" w:rsidP="001D633E">
      <w:pPr>
        <w:spacing w:after="0"/>
        <w:rPr>
          <w:b/>
        </w:rPr>
      </w:pPr>
      <w:r w:rsidRPr="008014A9">
        <w:rPr>
          <w:b/>
        </w:rPr>
        <w:t>AVOCADO E SALMONE SANDWICH ........ 14.50</w:t>
      </w:r>
    </w:p>
    <w:p w14:paraId="29CCDAA8" w14:textId="4EE37E70" w:rsidR="00A308E1" w:rsidRPr="00794E5F" w:rsidRDefault="00794E5F" w:rsidP="00794E5F">
      <w:pPr>
        <w:spacing w:after="0"/>
        <w:rPr>
          <w:bCs/>
          <w:sz w:val="18"/>
          <w:szCs w:val="18"/>
          <w:lang w:val="it-IT"/>
        </w:rPr>
      </w:pPr>
      <w:r w:rsidRPr="00794E5F">
        <w:rPr>
          <w:bCs/>
          <w:sz w:val="18"/>
          <w:szCs w:val="18"/>
          <w:lang w:val="it-IT"/>
        </w:rPr>
        <w:t xml:space="preserve">Salmone norvegese </w:t>
      </w:r>
      <w:proofErr w:type="spellStart"/>
      <w:r w:rsidRPr="00794E5F">
        <w:rPr>
          <w:bCs/>
          <w:sz w:val="18"/>
          <w:szCs w:val="18"/>
          <w:lang w:val="it-IT"/>
        </w:rPr>
        <w:t>a_umicato</w:t>
      </w:r>
      <w:proofErr w:type="spellEnd"/>
      <w:r w:rsidRPr="00794E5F">
        <w:rPr>
          <w:bCs/>
          <w:sz w:val="18"/>
          <w:szCs w:val="18"/>
          <w:lang w:val="it-IT"/>
        </w:rPr>
        <w:t xml:space="preserve"> in casa, crema di robiola limone e pepe,</w:t>
      </w:r>
      <w:r>
        <w:rPr>
          <w:bCs/>
          <w:sz w:val="18"/>
          <w:szCs w:val="18"/>
          <w:lang w:val="it-IT"/>
        </w:rPr>
        <w:t xml:space="preserve"> </w:t>
      </w:r>
      <w:r w:rsidRPr="00794E5F">
        <w:rPr>
          <w:bCs/>
          <w:sz w:val="18"/>
          <w:szCs w:val="18"/>
          <w:lang w:val="it-IT"/>
        </w:rPr>
        <w:t xml:space="preserve">lattuga romana, </w:t>
      </w:r>
      <w:proofErr w:type="spellStart"/>
      <w:r w:rsidRPr="00794E5F">
        <w:rPr>
          <w:bCs/>
          <w:sz w:val="18"/>
          <w:szCs w:val="18"/>
          <w:lang w:val="it-IT"/>
        </w:rPr>
        <w:t>smashed</w:t>
      </w:r>
      <w:proofErr w:type="spellEnd"/>
      <w:r w:rsidRPr="00794E5F">
        <w:rPr>
          <w:bCs/>
          <w:sz w:val="18"/>
          <w:szCs w:val="18"/>
          <w:lang w:val="it-IT"/>
        </w:rPr>
        <w:t xml:space="preserve"> avocado, pomodorini </w:t>
      </w:r>
      <w:proofErr w:type="spellStart"/>
      <w:r w:rsidRPr="00794E5F">
        <w:rPr>
          <w:bCs/>
          <w:sz w:val="18"/>
          <w:szCs w:val="18"/>
          <w:lang w:val="it-IT"/>
        </w:rPr>
        <w:t>confit</w:t>
      </w:r>
      <w:proofErr w:type="spellEnd"/>
      <w:r w:rsidRPr="00794E5F">
        <w:rPr>
          <w:bCs/>
          <w:sz w:val="18"/>
          <w:szCs w:val="18"/>
          <w:lang w:val="it-IT"/>
        </w:rPr>
        <w:t>.</w:t>
      </w:r>
    </w:p>
    <w:sectPr w:rsidR="00A308E1" w:rsidRPr="00794E5F" w:rsidSect="00486A98">
      <w:pgSz w:w="11909" w:h="16834" w:code="9"/>
      <w:pgMar w:top="862" w:right="720" w:bottom="862" w:left="720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2642277">
    <w:abstractNumId w:val="8"/>
  </w:num>
  <w:num w:numId="2" w16cid:durableId="501353991">
    <w:abstractNumId w:val="6"/>
  </w:num>
  <w:num w:numId="3" w16cid:durableId="216012767">
    <w:abstractNumId w:val="5"/>
  </w:num>
  <w:num w:numId="4" w16cid:durableId="2026832156">
    <w:abstractNumId w:val="4"/>
  </w:num>
  <w:num w:numId="5" w16cid:durableId="314648744">
    <w:abstractNumId w:val="7"/>
  </w:num>
  <w:num w:numId="6" w16cid:durableId="782194084">
    <w:abstractNumId w:val="3"/>
  </w:num>
  <w:num w:numId="7" w16cid:durableId="657222425">
    <w:abstractNumId w:val="2"/>
  </w:num>
  <w:num w:numId="8" w16cid:durableId="243730444">
    <w:abstractNumId w:val="1"/>
  </w:num>
  <w:num w:numId="9" w16cid:durableId="1741095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B07"/>
    <w:rsid w:val="00031709"/>
    <w:rsid w:val="00034616"/>
    <w:rsid w:val="0004291D"/>
    <w:rsid w:val="00053901"/>
    <w:rsid w:val="0006063C"/>
    <w:rsid w:val="00064E8E"/>
    <w:rsid w:val="00086B44"/>
    <w:rsid w:val="000922BF"/>
    <w:rsid w:val="000B7BAC"/>
    <w:rsid w:val="000C195B"/>
    <w:rsid w:val="000E1F9D"/>
    <w:rsid w:val="000E4B5C"/>
    <w:rsid w:val="00103A7E"/>
    <w:rsid w:val="00114DB0"/>
    <w:rsid w:val="00140AA4"/>
    <w:rsid w:val="0015074B"/>
    <w:rsid w:val="00153E4C"/>
    <w:rsid w:val="00165320"/>
    <w:rsid w:val="001A7150"/>
    <w:rsid w:val="001A7F7A"/>
    <w:rsid w:val="001B65C9"/>
    <w:rsid w:val="001C13F6"/>
    <w:rsid w:val="001C24D7"/>
    <w:rsid w:val="001C30BB"/>
    <w:rsid w:val="001D633E"/>
    <w:rsid w:val="001F1A32"/>
    <w:rsid w:val="0021579C"/>
    <w:rsid w:val="00251D8A"/>
    <w:rsid w:val="00264032"/>
    <w:rsid w:val="00264732"/>
    <w:rsid w:val="00286E30"/>
    <w:rsid w:val="002927BE"/>
    <w:rsid w:val="0029639D"/>
    <w:rsid w:val="002B5462"/>
    <w:rsid w:val="00306972"/>
    <w:rsid w:val="003124BF"/>
    <w:rsid w:val="003174A8"/>
    <w:rsid w:val="00322C9A"/>
    <w:rsid w:val="00323472"/>
    <w:rsid w:val="00326B58"/>
    <w:rsid w:val="00326F90"/>
    <w:rsid w:val="00335B6C"/>
    <w:rsid w:val="0034004F"/>
    <w:rsid w:val="00353384"/>
    <w:rsid w:val="00376D85"/>
    <w:rsid w:val="003803BA"/>
    <w:rsid w:val="003815E7"/>
    <w:rsid w:val="003B0C7B"/>
    <w:rsid w:val="003B3DA5"/>
    <w:rsid w:val="003B6C61"/>
    <w:rsid w:val="003F5448"/>
    <w:rsid w:val="00403659"/>
    <w:rsid w:val="00410F00"/>
    <w:rsid w:val="004317B4"/>
    <w:rsid w:val="00431FF0"/>
    <w:rsid w:val="00443797"/>
    <w:rsid w:val="00447BF1"/>
    <w:rsid w:val="00453141"/>
    <w:rsid w:val="00462F1D"/>
    <w:rsid w:val="004749C1"/>
    <w:rsid w:val="00482BB5"/>
    <w:rsid w:val="00486A98"/>
    <w:rsid w:val="004D5648"/>
    <w:rsid w:val="004F2695"/>
    <w:rsid w:val="004F6024"/>
    <w:rsid w:val="00501985"/>
    <w:rsid w:val="00514D25"/>
    <w:rsid w:val="005163AF"/>
    <w:rsid w:val="00517AFA"/>
    <w:rsid w:val="00532C04"/>
    <w:rsid w:val="0053426D"/>
    <w:rsid w:val="00546528"/>
    <w:rsid w:val="00554FA7"/>
    <w:rsid w:val="00562206"/>
    <w:rsid w:val="005654C6"/>
    <w:rsid w:val="00572FCA"/>
    <w:rsid w:val="00581330"/>
    <w:rsid w:val="005A1105"/>
    <w:rsid w:val="005E60B1"/>
    <w:rsid w:val="006267F9"/>
    <w:rsid w:val="00643434"/>
    <w:rsid w:val="00644B35"/>
    <w:rsid w:val="0066495A"/>
    <w:rsid w:val="006665B5"/>
    <w:rsid w:val="00676FB6"/>
    <w:rsid w:val="00690D8C"/>
    <w:rsid w:val="006B200E"/>
    <w:rsid w:val="006C3C89"/>
    <w:rsid w:val="006C630F"/>
    <w:rsid w:val="006D6C54"/>
    <w:rsid w:val="006E2539"/>
    <w:rsid w:val="006E6031"/>
    <w:rsid w:val="006E730F"/>
    <w:rsid w:val="006F11EB"/>
    <w:rsid w:val="007007D1"/>
    <w:rsid w:val="0071488A"/>
    <w:rsid w:val="00724D0D"/>
    <w:rsid w:val="007504D0"/>
    <w:rsid w:val="00750E0E"/>
    <w:rsid w:val="00794E5F"/>
    <w:rsid w:val="00794F5B"/>
    <w:rsid w:val="007B22A1"/>
    <w:rsid w:val="007C410D"/>
    <w:rsid w:val="007E4C4C"/>
    <w:rsid w:val="008014A9"/>
    <w:rsid w:val="00804DFC"/>
    <w:rsid w:val="00832AF8"/>
    <w:rsid w:val="00846223"/>
    <w:rsid w:val="00856993"/>
    <w:rsid w:val="00857428"/>
    <w:rsid w:val="0088720D"/>
    <w:rsid w:val="00893417"/>
    <w:rsid w:val="00897FCA"/>
    <w:rsid w:val="008A18CE"/>
    <w:rsid w:val="008A1E94"/>
    <w:rsid w:val="008A61F6"/>
    <w:rsid w:val="008C46C2"/>
    <w:rsid w:val="008E7443"/>
    <w:rsid w:val="00920653"/>
    <w:rsid w:val="00920921"/>
    <w:rsid w:val="0092269C"/>
    <w:rsid w:val="009734C9"/>
    <w:rsid w:val="009A1287"/>
    <w:rsid w:val="009A6088"/>
    <w:rsid w:val="009F2ED2"/>
    <w:rsid w:val="00A26167"/>
    <w:rsid w:val="00A26B80"/>
    <w:rsid w:val="00A308E1"/>
    <w:rsid w:val="00A33D12"/>
    <w:rsid w:val="00A4433A"/>
    <w:rsid w:val="00A55565"/>
    <w:rsid w:val="00AA10EE"/>
    <w:rsid w:val="00AA1D8D"/>
    <w:rsid w:val="00AA7660"/>
    <w:rsid w:val="00AC0303"/>
    <w:rsid w:val="00AC03D4"/>
    <w:rsid w:val="00AD4164"/>
    <w:rsid w:val="00AD6EAF"/>
    <w:rsid w:val="00AE4179"/>
    <w:rsid w:val="00B40F91"/>
    <w:rsid w:val="00B41749"/>
    <w:rsid w:val="00B47730"/>
    <w:rsid w:val="00B57BC7"/>
    <w:rsid w:val="00B75FC6"/>
    <w:rsid w:val="00B9252F"/>
    <w:rsid w:val="00BE3E0A"/>
    <w:rsid w:val="00BF3961"/>
    <w:rsid w:val="00C0162F"/>
    <w:rsid w:val="00C33054"/>
    <w:rsid w:val="00C44C35"/>
    <w:rsid w:val="00C725BF"/>
    <w:rsid w:val="00C958C7"/>
    <w:rsid w:val="00CB02AC"/>
    <w:rsid w:val="00CB0664"/>
    <w:rsid w:val="00CB0B1E"/>
    <w:rsid w:val="00CB604D"/>
    <w:rsid w:val="00CC20FC"/>
    <w:rsid w:val="00CE6261"/>
    <w:rsid w:val="00CF4983"/>
    <w:rsid w:val="00D25623"/>
    <w:rsid w:val="00D41C0F"/>
    <w:rsid w:val="00D53CCA"/>
    <w:rsid w:val="00D914B6"/>
    <w:rsid w:val="00D92F47"/>
    <w:rsid w:val="00D95C29"/>
    <w:rsid w:val="00DB683F"/>
    <w:rsid w:val="00DC0049"/>
    <w:rsid w:val="00DC33EC"/>
    <w:rsid w:val="00DE756B"/>
    <w:rsid w:val="00DF120D"/>
    <w:rsid w:val="00E0662F"/>
    <w:rsid w:val="00E07ACE"/>
    <w:rsid w:val="00E100F4"/>
    <w:rsid w:val="00E51143"/>
    <w:rsid w:val="00E53465"/>
    <w:rsid w:val="00E80BC4"/>
    <w:rsid w:val="00E93920"/>
    <w:rsid w:val="00E97EF0"/>
    <w:rsid w:val="00EA497F"/>
    <w:rsid w:val="00ED1A3F"/>
    <w:rsid w:val="00ED1F28"/>
    <w:rsid w:val="00ED7947"/>
    <w:rsid w:val="00EE17C6"/>
    <w:rsid w:val="00EE36E8"/>
    <w:rsid w:val="00EE4C33"/>
    <w:rsid w:val="00EE6D22"/>
    <w:rsid w:val="00F02BCC"/>
    <w:rsid w:val="00F13281"/>
    <w:rsid w:val="00F23953"/>
    <w:rsid w:val="00F34B23"/>
    <w:rsid w:val="00F51A29"/>
    <w:rsid w:val="00F531CA"/>
    <w:rsid w:val="00F629A9"/>
    <w:rsid w:val="00F635ED"/>
    <w:rsid w:val="00F666E9"/>
    <w:rsid w:val="00F73225"/>
    <w:rsid w:val="00F75846"/>
    <w:rsid w:val="00FB0C05"/>
    <w:rsid w:val="00FC6139"/>
    <w:rsid w:val="00FC693F"/>
    <w:rsid w:val="00FE60FB"/>
    <w:rsid w:val="00FF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75FCC"/>
  <w14:defaultImageDpi w14:val="300"/>
  <w15:docId w15:val="{36E4C3E1-CC17-4DFE-84DD-1CCDEC028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45209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Helmut</cp:lastModifiedBy>
  <cp:revision>123</cp:revision>
  <cp:lastPrinted>2026-07-15T09:50:00Z</cp:lastPrinted>
  <dcterms:created xsi:type="dcterms:W3CDTF">2013-12-23T23:15:00Z</dcterms:created>
  <dcterms:modified xsi:type="dcterms:W3CDTF">2026-09-03T09:41:00Z</dcterms:modified>
  <cp:category/>
</cp:coreProperties>
</file>